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sz w:val="22"/>
        </w:rPr>
        <w:t>[Name der Organisation]</w:t>
      </w:r>
    </w:p>
    <w:p>
      <w:pPr>
        <w:spacing w:after="360"/>
      </w:pPr>
      <w:r>
        <w:rPr>
          <w:b w:val="0"/>
          <w:color w:val="595959"/>
        </w:rPr>
        <w:t>[Bereich oder Projekt]</w:t>
      </w:r>
    </w:p>
    <w:p>
      <w:pPr>
        <w:spacing w:after="240"/>
      </w:pPr>
      <w:r>
        <w:rPr>
          <w:b/>
          <w:sz w:val="30"/>
        </w:rPr>
        <w:t>Einladung zum Kick-off [Projekt oder Jahr]</w:t>
      </w:r>
    </w:p>
    <w:p>
      <w:pPr>
        <w:spacing w:after="120"/>
      </w:pPr>
      <w:r>
        <w:rPr>
          <w:b w:val="0"/>
        </w:rPr>
        <w:t>Liebe Kolleginnen und Kollegen</w:t>
      </w:r>
    </w:p>
    <w:p>
      <w:pPr>
        <w:spacing w:after="200"/>
      </w:pPr>
      <w:r>
        <w:rPr>
          <w:b w:val="0"/>
        </w:rPr>
        <w:t>Mit dem Kick-off starten wir gemeinsam in [Projekt, Jahr oder Programm]. Sie erfahren, was wir erreichen wollen, wer wofür zuständig ist und wie es weitergeht.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706"/>
        <w:gridCol w:w="4706"/>
      </w:tblGrid>
      <w:tr>
        <w:tc>
          <w:tcPr>
            <w:tcW w:type="dxa" w:w="1701"/>
          </w:tcPr>
          <w:p>
            <w:r>
              <w:rPr>
                <w:b/>
              </w:rPr>
              <w:t>Datum</w:t>
            </w:r>
          </w:p>
        </w:tc>
        <w:tc>
          <w:tcPr>
            <w:tcW w:type="dxa" w:w="7370"/>
          </w:tcPr>
          <w:p>
            <w:r>
              <w:t>[Wochentag, Datum]</w:t>
            </w:r>
          </w:p>
        </w:tc>
      </w:tr>
      <w:tr>
        <w:tc>
          <w:tcPr>
            <w:tcW w:type="dxa" w:w="1701"/>
          </w:tcPr>
          <w:p>
            <w:r>
              <w:rPr>
                <w:b/>
              </w:rPr>
              <w:t>Zeit</w:t>
            </w:r>
          </w:p>
        </w:tc>
        <w:tc>
          <w:tcPr>
            <w:tcW w:type="dxa" w:w="7370"/>
          </w:tcPr>
          <w:p>
            <w:r>
              <w:t>[08:30] bis [13:30], Empfang ab [08:30]</w:t>
            </w:r>
          </w:p>
        </w:tc>
      </w:tr>
      <w:tr>
        <w:tc>
          <w:tcPr>
            <w:tcW w:type="dxa" w:w="1701"/>
          </w:tcPr>
          <w:p>
            <w:r>
              <w:rPr>
                <w:b/>
              </w:rPr>
              <w:t>Ort</w:t>
            </w:r>
          </w:p>
        </w:tc>
        <w:tc>
          <w:tcPr>
            <w:tcW w:type="dxa" w:w="7370"/>
          </w:tcPr>
          <w:p>
            <w:r>
              <w:t>[Location, Adresse, Raum]</w:t>
            </w:r>
          </w:p>
        </w:tc>
      </w:tr>
      <w:tr>
        <w:tc>
          <w:tcPr>
            <w:tcW w:type="dxa" w:w="1701"/>
          </w:tcPr>
          <w:p>
            <w:r>
              <w:rPr>
                <w:b/>
              </w:rPr>
              <w:t>Online</w:t>
            </w:r>
          </w:p>
        </w:tc>
        <w:tc>
          <w:tcPr>
            <w:tcW w:type="dxa" w:w="7370"/>
          </w:tcPr>
          <w:p>
            <w:r>
              <w:t>[Link zum Livestream, falls vorgesehen]</w:t>
            </w:r>
          </w:p>
        </w:tc>
      </w:tr>
    </w:tbl>
    <w:p>
      <w:pPr>
        <w:spacing w:after="80"/>
      </w:pPr>
    </w:p>
    <w:p>
      <w:pPr>
        <w:spacing w:after="80"/>
      </w:pPr>
      <w:r>
        <w:rPr>
          <w:b/>
          <w:sz w:val="24"/>
        </w:rPr>
        <w:t>Agenda</w:t>
      </w:r>
    </w:p>
    <w:p>
      <w:pPr>
        <w:tabs>
          <w:tab w:pos="1134" w:val="left"/>
        </w:tabs>
        <w:spacing w:after="40"/>
        <w:ind w:left="1134" w:hanging="1134"/>
      </w:pPr>
      <w:r>
        <w:rPr>
          <w:b/>
        </w:rPr>
        <w:t>08:30</w:t>
        <w:tab/>
      </w:r>
      <w:r>
        <w:t>Ankunft, Kaffee und Namensschilder</w:t>
      </w:r>
    </w:p>
    <w:p>
      <w:pPr>
        <w:tabs>
          <w:tab w:pos="1134" w:val="left"/>
        </w:tabs>
        <w:spacing w:after="40"/>
        <w:ind w:left="1134" w:hanging="1134"/>
      </w:pPr>
      <w:r>
        <w:rPr>
          <w:b/>
        </w:rPr>
        <w:t>09:00</w:t>
        <w:tab/>
      </w:r>
      <w:r>
        <w:t>Begrüssung und Kernbotschaft</w:t>
      </w:r>
    </w:p>
    <w:p>
      <w:pPr>
        <w:tabs>
          <w:tab w:pos="1134" w:val="left"/>
        </w:tabs>
        <w:spacing w:after="40"/>
        <w:ind w:left="1134" w:hanging="1134"/>
      </w:pPr>
      <w:r>
        <w:rPr>
          <w:b/>
        </w:rPr>
        <w:t>09:15</w:t>
        <w:tab/>
      </w:r>
      <w:r>
        <w:t>Rückblick: was erreicht ist</w:t>
      </w:r>
    </w:p>
    <w:p>
      <w:pPr>
        <w:tabs>
          <w:tab w:pos="1134" w:val="left"/>
        </w:tabs>
        <w:spacing w:after="40"/>
        <w:ind w:left="1134" w:hanging="1134"/>
      </w:pPr>
      <w:r>
        <w:rPr>
          <w:b/>
        </w:rPr>
        <w:t>09:40</w:t>
        <w:tab/>
      </w:r>
      <w:r>
        <w:t>Ziele und Prioritäten</w:t>
      </w:r>
    </w:p>
    <w:p>
      <w:pPr>
        <w:tabs>
          <w:tab w:pos="1134" w:val="left"/>
        </w:tabs>
        <w:spacing w:after="40"/>
        <w:ind w:left="1134" w:hanging="1134"/>
      </w:pPr>
      <w:r>
        <w:rPr>
          <w:b/>
        </w:rPr>
        <w:t>10:20</w:t>
        <w:tab/>
      </w:r>
      <w:r>
        <w:t>Fragen aus dem Saal</w:t>
      </w:r>
    </w:p>
    <w:p>
      <w:pPr>
        <w:tabs>
          <w:tab w:pos="1134" w:val="left"/>
        </w:tabs>
        <w:spacing w:after="40"/>
        <w:ind w:left="1134" w:hanging="1134"/>
      </w:pPr>
      <w:r>
        <w:rPr>
          <w:b/>
        </w:rPr>
        <w:t>10:40</w:t>
        <w:tab/>
      </w:r>
      <w:r>
        <w:t>Pause</w:t>
      </w:r>
    </w:p>
    <w:p>
      <w:pPr>
        <w:tabs>
          <w:tab w:pos="1134" w:val="left"/>
        </w:tabs>
        <w:spacing w:after="40"/>
        <w:ind w:left="1134" w:hanging="1134"/>
      </w:pPr>
      <w:r>
        <w:rPr>
          <w:b/>
        </w:rPr>
        <w:t>11:00</w:t>
        <w:tab/>
      </w:r>
      <w:r>
        <w:t>Workshops in Gruppen</w:t>
      </w:r>
    </w:p>
    <w:p>
      <w:pPr>
        <w:tabs>
          <w:tab w:pos="1134" w:val="left"/>
        </w:tabs>
        <w:spacing w:after="40"/>
        <w:ind w:left="1134" w:hanging="1134"/>
      </w:pPr>
      <w:r>
        <w:rPr>
          <w:b/>
        </w:rPr>
        <w:t>12:00</w:t>
        <w:tab/>
      </w:r>
      <w:r>
        <w:t>Ergebnisse im Plenum</w:t>
      </w:r>
    </w:p>
    <w:p>
      <w:pPr>
        <w:tabs>
          <w:tab w:pos="1134" w:val="left"/>
        </w:tabs>
        <w:spacing w:after="40"/>
        <w:ind w:left="1134" w:hanging="1134"/>
      </w:pPr>
      <w:r>
        <w:rPr>
          <w:b/>
        </w:rPr>
        <w:t>12:30</w:t>
        <w:tab/>
      </w:r>
      <w:r>
        <w:t>Abschluss und nächste Schritte</w:t>
      </w:r>
    </w:p>
    <w:p>
      <w:pPr>
        <w:tabs>
          <w:tab w:pos="1134" w:val="left"/>
        </w:tabs>
        <w:spacing w:after="40"/>
        <w:ind w:left="1134" w:hanging="1134"/>
      </w:pPr>
      <w:r>
        <w:rPr>
          <w:b/>
        </w:rPr>
        <w:t>12:45</w:t>
        <w:tab/>
      </w:r>
      <w:r>
        <w:t>Mittagessen oder Apéro</w:t>
      </w:r>
    </w:p>
    <w:p>
      <w:pPr>
        <w:spacing w:after="80"/>
      </w:pPr>
    </w:p>
    <w:p>
      <w:pPr>
        <w:spacing w:after="120"/>
      </w:pPr>
      <w:r>
        <w:rPr>
          <w:b w:val="0"/>
        </w:rPr>
        <w:t>Bitte bringen Sie mit: [Unterlagen, Laptop]. Fragen an die Geschäftsleitung können Sie vorab bis [Datum] an [Adresse oder Formular] senden.</w:t>
      </w:r>
    </w:p>
    <w:p>
      <w:pPr>
        <w:spacing w:after="280"/>
      </w:pPr>
      <w:r>
        <w:rPr>
          <w:b w:val="0"/>
        </w:rPr>
        <w:t>Bitte melden Sie sich bis [Datum] an: [Link oder E-Mail].</w:t>
      </w:r>
    </w:p>
    <w:p>
      <w:pPr>
        <w:spacing w:after="480"/>
      </w:pPr>
      <w:r>
        <w:rPr>
          <w:b w:val="0"/>
        </w:rPr>
        <w:t>Freundliche Grüsse</w:t>
      </w:r>
    </w:p>
    <w:p>
      <w:pPr>
        <w:spacing w:after="0"/>
      </w:pPr>
      <w:r>
        <w:rPr>
          <w:b w:val="0"/>
        </w:rPr>
        <w:t>[Name]</w:t>
      </w:r>
    </w:p>
    <w:p>
      <w:pPr>
        <w:spacing w:after="120"/>
      </w:pPr>
      <w:r>
        <w:rPr>
          <w:b w:val="0"/>
          <w:color w:val="595959"/>
        </w:rPr>
        <w:t>[Funktion]</w:t>
      </w:r>
    </w:p>
    <w:p>
      <w:pPr>
        <w:spacing w:after="120"/>
      </w:pPr>
      <w:r>
        <w:rPr>
          <w:b w:val="0"/>
          <w:color w:val="595959"/>
          <w:sz w:val="17"/>
        </w:rPr>
        <w:t>Für ein Projekt-Kick-off von zwei bis drei Stunden genügen: Begrüssung und Ziel, Rollen und Verantwortlichkeiten, Zeitplan und Meilensteine, Spielregeln der Zusammenarbeit, Fragen, nächste Schritte.</w:t>
      </w:r>
    </w:p>
    <w:p>
      <w:r>
        <w:br w:type="page"/>
      </w:r>
    </w:p>
    <w:p>
      <w:pPr>
        <w:spacing w:after="80"/>
      </w:pPr>
      <w:r>
        <w:rPr>
          <w:b/>
          <w:sz w:val="30"/>
        </w:rPr>
        <w:t>Ablaufplan für Moderation und Technik</w:t>
      </w:r>
    </w:p>
    <w:p>
      <w:pPr>
        <w:spacing w:after="200"/>
      </w:pPr>
      <w:r>
        <w:rPr>
          <w:b w:val="0"/>
          <w:color w:val="595959"/>
        </w:rPr>
        <w:t>Intern, nicht für den Versand. Zeiten sind Vorschläge für rund 150 Personen.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A6A6A6"/>
          <w:left w:val="single" w:sz="4" w:color="A6A6A6"/>
          <w:bottom w:val="single" w:sz="4" w:color="A6A6A6"/>
          <w:right w:val="single" w:sz="4" w:color="A6A6A6"/>
          <w:insideH w:val="single" w:sz="4" w:color="A6A6A6"/>
          <w:insideV w:val="single" w:sz="4" w:color="A6A6A6"/>
        </w:tblBorders>
      </w:tblPr>
      <w:tblGrid>
        <w:gridCol w:w="2353"/>
        <w:gridCol w:w="2353"/>
        <w:gridCol w:w="2353"/>
        <w:gridCol w:w="2353"/>
      </w:tblGrid>
      <w:tr>
        <w:tc>
          <w:tcPr>
            <w:tcW w:type="dxa" w:w="1020"/>
          </w:tcPr>
          <w:p>
            <w:r>
              <w:rPr>
                <w:b/>
              </w:rPr>
              <w:t>Zeit</w:t>
            </w:r>
          </w:p>
        </w:tc>
        <w:tc>
          <w:tcPr>
            <w:tcW w:type="dxa" w:w="3628"/>
          </w:tcPr>
          <w:p>
            <w:r>
              <w:rPr>
                <w:b/>
              </w:rPr>
              <w:t>Programmpunkt</w:t>
            </w:r>
          </w:p>
        </w:tc>
        <w:tc>
          <w:tcPr>
            <w:tcW w:type="dxa" w:w="2041"/>
          </w:tcPr>
          <w:p>
            <w:r>
              <w:rPr>
                <w:b/>
              </w:rPr>
              <w:t>Wer</w:t>
            </w:r>
          </w:p>
        </w:tc>
        <w:tc>
          <w:tcPr>
            <w:tcW w:type="dxa" w:w="2721"/>
          </w:tcPr>
          <w:p>
            <w:r>
              <w:rPr>
                <w:b/>
              </w:rPr>
              <w:t>Technik und Unterlagen</w:t>
            </w:r>
          </w:p>
        </w:tc>
      </w:tr>
      <w:tr>
        <w:tc>
          <w:tcPr>
            <w:tcW w:type="dxa" w:w="1020"/>
          </w:tcPr>
          <w:p>
            <w:r>
              <w:rPr>
                <w:sz w:val="19"/>
              </w:rPr>
              <w:t>[08:00]</w:t>
            </w:r>
          </w:p>
        </w:tc>
        <w:tc>
          <w:tcPr>
            <w:tcW w:type="dxa" w:w="3628"/>
          </w:tcPr>
          <w:p>
            <w:r>
              <w:rPr>
                <w:sz w:val="19"/>
              </w:rPr>
              <w:t>Technikprobe mit allen Sprechenden</w:t>
            </w:r>
          </w:p>
        </w:tc>
        <w:tc>
          <w:tcPr>
            <w:tcW w:type="dxa" w:w="2041"/>
          </w:tcPr>
          <w:p>
            <w:r>
              <w:rPr>
                <w:sz w:val="19"/>
              </w:rPr>
              <w:t>Technik, Moderation</w:t>
            </w:r>
          </w:p>
        </w:tc>
        <w:tc>
          <w:tcPr>
            <w:tcW w:type="dxa" w:w="2721"/>
          </w:tcPr>
          <w:p>
            <w:r>
              <w:rPr>
                <w:sz w:val="19"/>
              </w:rPr>
              <w:t>Folien, Videos, Mikrofone</w:t>
            </w:r>
          </w:p>
        </w:tc>
      </w:tr>
      <w:tr>
        <w:tc>
          <w:tcPr>
            <w:tcW w:type="dxa" w:w="1020"/>
          </w:tcPr>
          <w:p>
            <w:r>
              <w:rPr>
                <w:sz w:val="19"/>
              </w:rPr>
              <w:t>[08:30]</w:t>
            </w:r>
          </w:p>
        </w:tc>
        <w:tc>
          <w:tcPr>
            <w:tcW w:type="dxa" w:w="3628"/>
          </w:tcPr>
          <w:p>
            <w:r>
              <w:rPr>
                <w:sz w:val="19"/>
              </w:rPr>
              <w:t>Empfang, Namensschilder, Kaffee</w:t>
            </w:r>
          </w:p>
        </w:tc>
        <w:tc>
          <w:tcPr>
            <w:tcW w:type="dxa" w:w="2041"/>
          </w:tcPr>
          <w:p>
            <w:r>
              <w:rPr>
                <w:sz w:val="19"/>
              </w:rPr>
              <w:t>[Empfang]</w:t>
            </w:r>
          </w:p>
        </w:tc>
        <w:tc>
          <w:tcPr>
            <w:tcW w:type="dxa" w:w="2721"/>
          </w:tcPr>
          <w:p>
            <w:r>
              <w:rPr>
                <w:sz w:val="19"/>
              </w:rPr>
              <w:t>Teilnehmerliste, Wegweiser</w:t>
            </w:r>
          </w:p>
        </w:tc>
      </w:tr>
      <w:tr>
        <w:tc>
          <w:tcPr>
            <w:tcW w:type="dxa" w:w="1020"/>
          </w:tcPr>
          <w:p>
            <w:r>
              <w:rPr>
                <w:sz w:val="19"/>
              </w:rPr>
              <w:t>[09:00]</w:t>
            </w:r>
          </w:p>
        </w:tc>
        <w:tc>
          <w:tcPr>
            <w:tcW w:type="dxa" w:w="3628"/>
          </w:tcPr>
          <w:p>
            <w:r>
              <w:rPr>
                <w:sz w:val="19"/>
              </w:rPr>
              <w:t>Begrüssung und Kernbotschaft (15 Min.)</w:t>
            </w:r>
          </w:p>
        </w:tc>
        <w:tc>
          <w:tcPr>
            <w:tcW w:type="dxa" w:w="2041"/>
          </w:tcPr>
          <w:p>
            <w:r>
              <w:rPr>
                <w:sz w:val="19"/>
              </w:rPr>
              <w:t>[Geschäftsleitung]</w:t>
            </w:r>
          </w:p>
        </w:tc>
        <w:tc>
          <w:tcPr>
            <w:tcW w:type="dxa" w:w="2721"/>
          </w:tcPr>
          <w:p>
            <w:r>
              <w:rPr>
                <w:sz w:val="19"/>
              </w:rPr>
              <w:t>Headset, Begrüssungsfolie</w:t>
            </w:r>
          </w:p>
        </w:tc>
      </w:tr>
      <w:tr>
        <w:tc>
          <w:tcPr>
            <w:tcW w:type="dxa" w:w="1020"/>
          </w:tcPr>
          <w:p>
            <w:r>
              <w:rPr>
                <w:sz w:val="19"/>
              </w:rPr>
              <w:t>[09:15]</w:t>
            </w:r>
          </w:p>
        </w:tc>
        <w:tc>
          <w:tcPr>
            <w:tcW w:type="dxa" w:w="3628"/>
          </w:tcPr>
          <w:p>
            <w:r>
              <w:rPr>
                <w:sz w:val="19"/>
              </w:rPr>
              <w:t>Rückblick (25 Min.)</w:t>
            </w:r>
          </w:p>
        </w:tc>
        <w:tc>
          <w:tcPr>
            <w:tcW w:type="dxa" w:w="2041"/>
          </w:tcPr>
          <w:p>
            <w:r>
              <w:rPr>
                <w:sz w:val="19"/>
              </w:rPr>
              <w:t>[Name]</w:t>
            </w:r>
          </w:p>
        </w:tc>
        <w:tc>
          <w:tcPr>
            <w:tcW w:type="dxa" w:w="2721"/>
          </w:tcPr>
          <w:p>
            <w:r>
              <w:rPr>
                <w:sz w:val="19"/>
              </w:rPr>
              <w:t>Präsentation</w:t>
            </w:r>
          </w:p>
        </w:tc>
      </w:tr>
      <w:tr>
        <w:tc>
          <w:tcPr>
            <w:tcW w:type="dxa" w:w="1020"/>
          </w:tcPr>
          <w:p>
            <w:r>
              <w:rPr>
                <w:sz w:val="19"/>
              </w:rPr>
              <w:t>[09:40]</w:t>
            </w:r>
          </w:p>
        </w:tc>
        <w:tc>
          <w:tcPr>
            <w:tcW w:type="dxa" w:w="3628"/>
          </w:tcPr>
          <w:p>
            <w:r>
              <w:rPr>
                <w:sz w:val="19"/>
              </w:rPr>
              <w:t>Ziele und Prioritäten (40 Min.)</w:t>
            </w:r>
          </w:p>
        </w:tc>
        <w:tc>
          <w:tcPr>
            <w:tcW w:type="dxa" w:w="2041"/>
          </w:tcPr>
          <w:p>
            <w:r>
              <w:rPr>
                <w:sz w:val="19"/>
              </w:rPr>
              <w:t>[Name]</w:t>
            </w:r>
          </w:p>
        </w:tc>
        <w:tc>
          <w:tcPr>
            <w:tcW w:type="dxa" w:w="2721"/>
          </w:tcPr>
          <w:p>
            <w:r>
              <w:rPr>
                <w:sz w:val="19"/>
              </w:rPr>
              <w:t>Präsentation, Video</w:t>
            </w:r>
          </w:p>
        </w:tc>
      </w:tr>
      <w:tr>
        <w:tc>
          <w:tcPr>
            <w:tcW w:type="dxa" w:w="1020"/>
          </w:tcPr>
          <w:p>
            <w:r>
              <w:rPr>
                <w:sz w:val="19"/>
              </w:rPr>
              <w:t>[10:20]</w:t>
            </w:r>
          </w:p>
        </w:tc>
        <w:tc>
          <w:tcPr>
            <w:tcW w:type="dxa" w:w="3628"/>
          </w:tcPr>
          <w:p>
            <w:r>
              <w:rPr>
                <w:sz w:val="19"/>
              </w:rPr>
              <w:t>Fragen aus dem Saal (20 Min.)</w:t>
            </w:r>
          </w:p>
        </w:tc>
        <w:tc>
          <w:tcPr>
            <w:tcW w:type="dxa" w:w="2041"/>
          </w:tcPr>
          <w:p>
            <w:r>
              <w:rPr>
                <w:sz w:val="19"/>
              </w:rPr>
              <w:t>Moderation</w:t>
            </w:r>
          </w:p>
        </w:tc>
        <w:tc>
          <w:tcPr>
            <w:tcW w:type="dxa" w:w="2721"/>
          </w:tcPr>
          <w:p>
            <w:r>
              <w:rPr>
                <w:sz w:val="19"/>
              </w:rPr>
              <w:t>zwei Handmikrofone, Fragen aus dem Chat</w:t>
            </w:r>
          </w:p>
        </w:tc>
      </w:tr>
      <w:tr>
        <w:tc>
          <w:tcPr>
            <w:tcW w:type="dxa" w:w="1020"/>
          </w:tcPr>
          <w:p>
            <w:r>
              <w:rPr>
                <w:sz w:val="19"/>
              </w:rPr>
              <w:t>[10:40]</w:t>
            </w:r>
          </w:p>
        </w:tc>
        <w:tc>
          <w:tcPr>
            <w:tcW w:type="dxa" w:w="3628"/>
          </w:tcPr>
          <w:p>
            <w:r>
              <w:rPr>
                <w:sz w:val="19"/>
              </w:rPr>
              <w:t>Pause (20 Min.)</w:t>
            </w:r>
          </w:p>
        </w:tc>
        <w:tc>
          <w:tcPr>
            <w:tcW w:type="dxa" w:w="2041"/>
          </w:tcPr>
          <w:p>
            <w:r>
              <w:rPr>
                <w:sz w:val="19"/>
              </w:rPr>
            </w:r>
          </w:p>
        </w:tc>
        <w:tc>
          <w:tcPr>
            <w:tcW w:type="dxa" w:w="2721"/>
          </w:tcPr>
          <w:p>
            <w:r>
              <w:rPr>
                <w:sz w:val="19"/>
              </w:rPr>
              <w:t>Kaffee im Foyer</w:t>
            </w:r>
          </w:p>
        </w:tc>
      </w:tr>
      <w:tr>
        <w:tc>
          <w:tcPr>
            <w:tcW w:type="dxa" w:w="1020"/>
          </w:tcPr>
          <w:p>
            <w:r>
              <w:rPr>
                <w:sz w:val="19"/>
              </w:rPr>
              <w:t>[11:00]</w:t>
            </w:r>
          </w:p>
        </w:tc>
        <w:tc>
          <w:tcPr>
            <w:tcW w:type="dxa" w:w="3628"/>
          </w:tcPr>
          <w:p>
            <w:r>
              <w:rPr>
                <w:sz w:val="19"/>
              </w:rPr>
              <w:t>Workshops in Gruppen (60 Min.)</w:t>
            </w:r>
          </w:p>
        </w:tc>
        <w:tc>
          <w:tcPr>
            <w:tcW w:type="dxa" w:w="2041"/>
          </w:tcPr>
          <w:p>
            <w:r>
              <w:rPr>
                <w:sz w:val="19"/>
              </w:rPr>
              <w:t>[Gruppenleitungen]</w:t>
            </w:r>
          </w:p>
        </w:tc>
        <w:tc>
          <w:tcPr>
            <w:tcW w:type="dxa" w:w="2721"/>
          </w:tcPr>
          <w:p>
            <w:r>
              <w:rPr>
                <w:sz w:val="19"/>
              </w:rPr>
              <w:t>Räume, Flipcharts, Pinnwände</w:t>
            </w:r>
          </w:p>
        </w:tc>
      </w:tr>
      <w:tr>
        <w:tc>
          <w:tcPr>
            <w:tcW w:type="dxa" w:w="1020"/>
          </w:tcPr>
          <w:p>
            <w:r>
              <w:rPr>
                <w:sz w:val="19"/>
              </w:rPr>
              <w:t>[12:00]</w:t>
            </w:r>
          </w:p>
        </w:tc>
        <w:tc>
          <w:tcPr>
            <w:tcW w:type="dxa" w:w="3628"/>
          </w:tcPr>
          <w:p>
            <w:r>
              <w:rPr>
                <w:sz w:val="19"/>
              </w:rPr>
              <w:t>Ergebnisse im Plenum (30 Min.)</w:t>
            </w:r>
          </w:p>
        </w:tc>
        <w:tc>
          <w:tcPr>
            <w:tcW w:type="dxa" w:w="2041"/>
          </w:tcPr>
          <w:p>
            <w:r>
              <w:rPr>
                <w:sz w:val="19"/>
              </w:rPr>
              <w:t>Moderation</w:t>
            </w:r>
          </w:p>
        </w:tc>
        <w:tc>
          <w:tcPr>
            <w:tcW w:type="dxa" w:w="2721"/>
          </w:tcPr>
          <w:p>
            <w:r>
              <w:rPr>
                <w:sz w:val="19"/>
              </w:rPr>
              <w:t>Handmikrofon, Fotos der Flipcharts</w:t>
            </w:r>
          </w:p>
        </w:tc>
      </w:tr>
      <w:tr>
        <w:tc>
          <w:tcPr>
            <w:tcW w:type="dxa" w:w="1020"/>
          </w:tcPr>
          <w:p>
            <w:r>
              <w:rPr>
                <w:sz w:val="19"/>
              </w:rPr>
              <w:t>[12:30]</w:t>
            </w:r>
          </w:p>
        </w:tc>
        <w:tc>
          <w:tcPr>
            <w:tcW w:type="dxa" w:w="3628"/>
          </w:tcPr>
          <w:p>
            <w:r>
              <w:rPr>
                <w:sz w:val="19"/>
              </w:rPr>
              <w:t>Abschluss und nächste Schritte (15 Min.)</w:t>
            </w:r>
          </w:p>
        </w:tc>
        <w:tc>
          <w:tcPr>
            <w:tcW w:type="dxa" w:w="2041"/>
          </w:tcPr>
          <w:p>
            <w:r>
              <w:rPr>
                <w:sz w:val="19"/>
              </w:rPr>
              <w:t>[Geschäftsleitung]</w:t>
            </w:r>
          </w:p>
        </w:tc>
        <w:tc>
          <w:tcPr>
            <w:tcW w:type="dxa" w:w="2721"/>
          </w:tcPr>
          <w:p>
            <w:r>
              <w:rPr>
                <w:sz w:val="19"/>
              </w:rPr>
              <w:t>Schlussfolie</w:t>
            </w:r>
          </w:p>
        </w:tc>
      </w:tr>
      <w:tr>
        <w:tc>
          <w:tcPr>
            <w:tcW w:type="dxa" w:w="1020"/>
          </w:tcPr>
          <w:p>
            <w:r>
              <w:rPr>
                <w:sz w:val="19"/>
              </w:rPr>
              <w:t>[12:45]</w:t>
            </w:r>
          </w:p>
        </w:tc>
        <w:tc>
          <w:tcPr>
            <w:tcW w:type="dxa" w:w="3628"/>
          </w:tcPr>
          <w:p>
            <w:r>
              <w:rPr>
                <w:sz w:val="19"/>
              </w:rPr>
              <w:t>Mittagessen oder Apéro</w:t>
            </w:r>
          </w:p>
        </w:tc>
        <w:tc>
          <w:tcPr>
            <w:tcW w:type="dxa" w:w="2041"/>
          </w:tcPr>
          <w:p>
            <w:r>
              <w:rPr>
                <w:sz w:val="19"/>
              </w:rPr>
            </w:r>
          </w:p>
        </w:tc>
        <w:tc>
          <w:tcPr>
            <w:tcW w:type="dxa" w:w="2721"/>
          </w:tcPr>
          <w:p>
            <w:r>
              <w:rPr>
                <w:sz w:val="19"/>
              </w:rPr>
              <w:t>[Ort]</w:t>
            </w:r>
          </w:p>
        </w:tc>
      </w:tr>
    </w:tbl>
    <w:p>
      <w:pPr>
        <w:spacing w:after="160"/>
      </w:pPr>
    </w:p>
    <w:p>
      <w:pPr>
        <w:spacing w:after="80"/>
      </w:pPr>
      <w:r>
        <w:rPr>
          <w:b/>
          <w:sz w:val="24"/>
        </w:rPr>
        <w:t>Checkliste</w:t>
      </w:r>
    </w:p>
    <w:p>
      <w:pPr>
        <w:tabs>
          <w:tab w:pos="454" w:val="left"/>
        </w:tabs>
        <w:spacing w:after="40"/>
        <w:ind w:left="454" w:hanging="454"/>
      </w:pPr>
      <w:r>
        <w:rPr>
          <w:sz w:val="20"/>
        </w:rPr>
        <w:t>☐</w:t>
        <w:tab/>
        <w:t>Ziel und Kernbotschaft in einem Satz festgelegt</w:t>
      </w:r>
    </w:p>
    <w:p>
      <w:pPr>
        <w:tabs>
          <w:tab w:pos="454" w:val="left"/>
        </w:tabs>
        <w:spacing w:after="40"/>
        <w:ind w:left="454" w:hanging="454"/>
      </w:pPr>
      <w:r>
        <w:rPr>
          <w:sz w:val="20"/>
        </w:rPr>
        <w:t>☐</w:t>
        <w:tab/>
        <w:t>Datum mit Geschäftsleitung und Referierenden abgestimmt</w:t>
      </w:r>
    </w:p>
    <w:p>
      <w:pPr>
        <w:tabs>
          <w:tab w:pos="454" w:val="left"/>
        </w:tabs>
        <w:spacing w:after="40"/>
        <w:ind w:left="454" w:hanging="454"/>
      </w:pPr>
      <w:r>
        <w:rPr>
          <w:sz w:val="20"/>
        </w:rPr>
        <w:t>☐</w:t>
        <w:tab/>
        <w:t>Raum mit Plenum, Gruppenräumen und Foyer reserviert</w:t>
      </w:r>
    </w:p>
    <w:p>
      <w:pPr>
        <w:tabs>
          <w:tab w:pos="454" w:val="left"/>
        </w:tabs>
        <w:spacing w:after="40"/>
        <w:ind w:left="454" w:hanging="454"/>
      </w:pPr>
      <w:r>
        <w:rPr>
          <w:sz w:val="20"/>
        </w:rPr>
        <w:t>☐</w:t>
        <w:tab/>
        <w:t>Agenda mit Zeiten, Pausen und Wechseln steht</w:t>
      </w:r>
    </w:p>
    <w:p>
      <w:pPr>
        <w:tabs>
          <w:tab w:pos="454" w:val="left"/>
        </w:tabs>
        <w:spacing w:after="40"/>
        <w:ind w:left="454" w:hanging="454"/>
      </w:pPr>
      <w:r>
        <w:rPr>
          <w:sz w:val="20"/>
        </w:rPr>
        <w:t>☐</w:t>
        <w:tab/>
        <w:t>Einladung mit Agenda versendet, Anmeldung offen</w:t>
      </w:r>
    </w:p>
    <w:p>
      <w:pPr>
        <w:tabs>
          <w:tab w:pos="454" w:val="left"/>
        </w:tabs>
        <w:spacing w:after="40"/>
        <w:ind w:left="454" w:hanging="454"/>
      </w:pPr>
      <w:r>
        <w:rPr>
          <w:sz w:val="20"/>
        </w:rPr>
        <w:t>☐</w:t>
        <w:tab/>
        <w:t>Präsentationen und Videos eingesammelt, Probe geplant</w:t>
      </w:r>
    </w:p>
    <w:p>
      <w:pPr>
        <w:tabs>
          <w:tab w:pos="454" w:val="left"/>
        </w:tabs>
        <w:spacing w:after="40"/>
        <w:ind w:left="454" w:hanging="454"/>
      </w:pPr>
      <w:r>
        <w:rPr>
          <w:sz w:val="20"/>
        </w:rPr>
        <w:t>☐</w:t>
        <w:tab/>
        <w:t>Mikrofone, Livestream und Dolmetschen geklärt</w:t>
      </w:r>
    </w:p>
    <w:p>
      <w:pPr>
        <w:tabs>
          <w:tab w:pos="454" w:val="left"/>
        </w:tabs>
        <w:spacing w:after="40"/>
        <w:ind w:left="454" w:hanging="454"/>
      </w:pPr>
      <w:r>
        <w:rPr>
          <w:sz w:val="20"/>
        </w:rPr>
        <w:t>☐</w:t>
        <w:tab/>
        <w:t>Verpflegung und Ernährungswünsche gemeldet</w:t>
      </w:r>
    </w:p>
    <w:p>
      <w:pPr>
        <w:tabs>
          <w:tab w:pos="454" w:val="left"/>
        </w:tabs>
        <w:spacing w:after="40"/>
        <w:ind w:left="454" w:hanging="454"/>
      </w:pPr>
      <w:r>
        <w:rPr>
          <w:sz w:val="20"/>
        </w:rPr>
        <w:t>☐</w:t>
        <w:tab/>
        <w:t>Namensschilder, Wegweiser und Unterlagen bereit</w:t>
      </w:r>
    </w:p>
    <w:p>
      <w:pPr>
        <w:tabs>
          <w:tab w:pos="454" w:val="left"/>
        </w:tabs>
        <w:spacing w:after="40"/>
        <w:ind w:left="454" w:hanging="454"/>
      </w:pPr>
      <w:r>
        <w:rPr>
          <w:sz w:val="20"/>
        </w:rPr>
        <w:t>☐</w:t>
        <w:tab/>
        <w:t>Nachbereitung mit Umfrage und Unterlagen geplant</w:t>
      </w:r>
    </w:p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95959"/>
        <w:sz w:val="16"/>
      </w:rPr>
      <w:t>Vorlage: Eventforum Bern · eventforumbern.ch/ratgeber/kick-off-meeting/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  <w:lang w:val="de-CH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Kick-off-Agenda (Vorlage)</dc:title>
  <dc:subject/>
  <dc:creator>Eventforum Bern</dc:creator>
  <cp:keywords/>
  <dc:description/>
  <cp:lastModifiedBy>Eventforum Bern</cp:lastModifiedBy>
  <cp:revision>1</cp:revision>
  <dcterms:created xsi:type="dcterms:W3CDTF">2013-12-23T23:15:00Z</dcterms:created>
  <dcterms:modified xsi:type="dcterms:W3CDTF">2013-12-23T23:15:00Z</dcterms:modified>
  <cp:category/>
  <dc:language>de-CH</dc:language>
</cp:coreProperties>
</file>