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22"/>
        </w:rPr>
        <w:t>[Name of the association]</w:t>
      </w:r>
    </w:p>
    <w:p>
      <w:pPr>
        <w:spacing w:after="360"/>
      </w:pPr>
      <w:r>
        <w:rPr>
          <w:b w:val="0"/>
          <w:color w:val="595959"/>
        </w:rPr>
        <w:t>[Address]</w:t>
      </w:r>
    </w:p>
    <w:p>
      <w:pPr>
        <w:spacing w:after="240"/>
      </w:pPr>
      <w:r>
        <w:rPr>
          <w:b/>
          <w:sz w:val="30"/>
        </w:rPr>
        <w:t>Minutes of the annual general meeting [year]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1701"/>
          </w:tcPr>
          <w:p>
            <w:r>
              <w:rPr>
                <w:b/>
              </w:rPr>
              <w:t>Date</w:t>
            </w:r>
          </w:p>
        </w:tc>
        <w:tc>
          <w:tcPr>
            <w:tcW w:type="dxa" w:w="7370"/>
          </w:tcPr>
          <w:p>
            <w:r>
              <w:t>[day, date], [time] to [time]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Venue</w:t>
            </w:r>
          </w:p>
        </w:tc>
        <w:tc>
          <w:tcPr>
            <w:tcW w:type="dxa" w:w="7370"/>
          </w:tcPr>
          <w:p>
            <w:r>
              <w:t>[venue, address]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Chair</w:t>
            </w:r>
          </w:p>
        </w:tc>
        <w:tc>
          <w:tcPr>
            <w:tcW w:type="dxa" w:w="7370"/>
          </w:tcPr>
          <w:p>
            <w:r>
              <w:t>[name, position]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Minutes</w:t>
            </w:r>
          </w:p>
        </w:tc>
        <w:tc>
          <w:tcPr>
            <w:tcW w:type="dxa" w:w="7370"/>
          </w:tcPr>
          <w:p>
            <w:r>
              <w:t>[name]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Present</w:t>
            </w:r>
          </w:p>
        </w:tc>
        <w:tc>
          <w:tcPr>
            <w:tcW w:type="dxa" w:w="7370"/>
          </w:tcPr>
          <w:p>
            <w:r>
              <w:t>[number] voting members, [number] guests, attendance list attached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Apologies</w:t>
            </w:r>
          </w:p>
        </w:tc>
        <w:tc>
          <w:tcPr>
            <w:tcW w:type="dxa" w:w="7370"/>
          </w:tcPr>
          <w:p>
            <w:r>
              <w:t>[number] members</w:t>
            </w:r>
          </w:p>
        </w:tc>
      </w:tr>
    </w:tbl>
    <w:p>
      <w:pPr>
        <w:spacing w:after="80"/>
      </w:pP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1.</w:t>
        <w:tab/>
        <w:t>Welcome and confirmation of the quorum</w:t>
      </w:r>
    </w:p>
    <w:p>
      <w:pPr>
        <w:spacing w:after="180"/>
        <w:ind w:left="454"/>
      </w:pPr>
      <w:r>
        <w:t>[Name] welcomes those present. The notice was sent on time on [date]. [Number] voting members are present; the absolute majority is [number]. The meeting is quorate.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2.</w:t>
        <w:tab/>
        <w:t>Election of tellers</w:t>
      </w:r>
    </w:p>
    <w:p>
      <w:pPr>
        <w:spacing w:after="180"/>
        <w:ind w:left="454"/>
      </w:pPr>
      <w:r>
        <w:t>Elected: [names].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3.</w:t>
        <w:tab/>
        <w:t>Approval of the agenda</w:t>
      </w:r>
    </w:p>
    <w:p>
      <w:pPr>
        <w:spacing w:after="180"/>
        <w:ind w:left="454"/>
      </w:pPr>
      <w:r>
        <w:t>The agenda is approved without changes.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4.</w:t>
        <w:tab/>
        <w:t>Minutes of the general meeting of [date]</w:t>
      </w:r>
    </w:p>
    <w:p>
      <w:pPr>
        <w:spacing w:after="180"/>
        <w:ind w:left="454"/>
      </w:pPr>
      <w:r>
        <w:t>The minutes are approved with thanks. [votes]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5.</w:t>
        <w:tab/>
        <w:t>Annual report [year]</w:t>
      </w:r>
    </w:p>
    <w:p>
      <w:pPr>
        <w:spacing w:after="180"/>
        <w:ind w:left="454"/>
      </w:pPr>
      <w:r>
        <w:t>[Name] presents the annual report. [questions and answers in brief] The annual report is approved. [votes]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6.</w:t>
        <w:tab/>
        <w:t>Annual accounts [year] and auditors’ report</w:t>
      </w:r>
    </w:p>
    <w:p>
      <w:pPr>
        <w:spacing w:after="180"/>
        <w:ind w:left="454"/>
      </w:pPr>
      <w:r>
        <w:t>[Name] explains the annual accounts. The auditors recommend approval. The annual accounts are approved. [votes]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7.</w:t>
        <w:tab/>
        <w:t>Discharge of the board</w:t>
      </w:r>
    </w:p>
    <w:p>
      <w:pPr>
        <w:spacing w:after="180"/>
        <w:ind w:left="454"/>
      </w:pPr>
      <w:r>
        <w:t>The meeting grants discharge to the board. [votes] Board members do not vote.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8.</w:t>
        <w:tab/>
        <w:t>Budget [year] and membership fees</w:t>
      </w:r>
    </w:p>
    <w:p>
      <w:pPr>
        <w:spacing w:after="180"/>
        <w:ind w:left="454"/>
      </w:pPr>
      <w:r>
        <w:t>The budget is approved; the membership fee is [amount]. [votes]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9.</w:t>
        <w:tab/>
        <w:t>Elections</w:t>
      </w:r>
    </w:p>
    <w:p>
      <w:pPr>
        <w:spacing w:after="180"/>
        <w:ind w:left="454"/>
      </w:pPr>
      <w:r>
        <w:t>[Name] is elected as [position] for [term of office]. [votes] [Name] accepts the election.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10.</w:t>
        <w:tab/>
        <w:t>Motions from the board</w:t>
      </w:r>
    </w:p>
    <w:p>
      <w:pPr>
        <w:spacing w:after="180"/>
        <w:ind w:left="454"/>
      </w:pPr>
      <w:r>
        <w:t>Motion: [wording]. The motion is [carried or rejected]. [votes]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11.</w:t>
        <w:tab/>
        <w:t>Motions from members</w:t>
      </w:r>
    </w:p>
    <w:p>
      <w:pPr>
        <w:spacing w:after="180"/>
        <w:ind w:left="454"/>
      </w:pPr>
      <w:r>
        <w:t>[No motions were received. Otherwise for each motion as under item 10: proposer, wording, resolution, votes.]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12.</w:t>
        <w:tab/>
        <w:t>Honours</w:t>
      </w:r>
    </w:p>
    <w:p>
      <w:pPr>
        <w:spacing w:after="180"/>
        <w:ind w:left="454"/>
      </w:pPr>
      <w:r>
        <w:t>[Name] is honoured for [reason].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13.</w:t>
        <w:tab/>
        <w:t>Any other business</w:t>
      </w:r>
    </w:p>
    <w:p>
      <w:pPr>
        <w:spacing w:after="180"/>
        <w:ind w:left="454"/>
      </w:pPr>
      <w:r>
        <w:t>[Information and dates]. No resolutions are passed.</w:t>
      </w:r>
    </w:p>
    <w:p>
      <w:pPr>
        <w:spacing w:after="320"/>
      </w:pPr>
      <w:r>
        <w:rPr>
          <w:b w:val="0"/>
        </w:rPr>
        <w:t>Close of meeting: [time]</w:t>
      </w:r>
    </w:p>
    <w:p>
      <w:pPr>
        <w:keepNext/>
        <w:spacing w:after="600"/>
      </w:pPr>
      <w:r>
        <w:rPr>
          <w:b w:val="0"/>
        </w:rPr>
        <w:t>[Place, date]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keepNext/>
            </w:pPr>
            <w:r>
              <w:t>__________________________________</w:t>
            </w:r>
          </w:p>
        </w:tc>
        <w:tc>
          <w:tcPr>
            <w:tcW w:type="dxa" w:w="4706"/>
          </w:tcPr>
          <w:p>
            <w:pPr>
              <w:keepNext/>
            </w:pPr>
            <w:r>
              <w:t>__________________________________</w:t>
            </w:r>
          </w:p>
        </w:tc>
      </w:tr>
      <w:tr>
        <w:tc>
          <w:tcPr>
            <w:tcW w:type="dxa" w:w="4706"/>
          </w:tcPr>
          <w:p>
            <w:r>
              <w:rPr>
                <w:color w:val="595959"/>
              </w:rPr>
              <w:t>[Name], chair</w:t>
            </w:r>
          </w:p>
        </w:tc>
        <w:tc>
          <w:tcPr>
            <w:tcW w:type="dxa" w:w="4706"/>
          </w:tcPr>
          <w:p>
            <w:r>
              <w:rPr>
                <w:color w:val="595959"/>
              </w:rPr>
              <w:t>[Name], minutes</w:t>
            </w:r>
          </w:p>
        </w:tc>
      </w:tr>
    </w:tbl>
    <w:p>
      <w:pPr>
        <w:spacing w:after="200"/>
      </w:pPr>
    </w:p>
    <w:p>
      <w:pPr>
        <w:spacing w:after="280"/>
      </w:pPr>
      <w:r>
        <w:rPr>
          <w:b w:val="0"/>
        </w:rPr>
        <w:t>Attachments: attendance list, [other documents]</w:t>
      </w:r>
    </w:p>
    <w:p>
      <w:pPr>
        <w:spacing w:after="120"/>
      </w:pPr>
      <w:r>
        <w:rPr>
          <w:b w:val="0"/>
          <w:color w:val="595959"/>
          <w:sz w:val="17"/>
        </w:rPr>
        <w:t>Replace [votes] for each resolution with the result, for example “84 in favour, 2 against, 3 abstentions” or “unanimously”. For a members’ or delegates’ assembly, change the name of the meeting; at a delegates’ assembly, record attendance per section.</w:t>
      </w:r>
    </w:p>
    <w:p>
      <w:r>
        <w:br w:type="page"/>
      </w:r>
    </w:p>
    <w:p>
      <w:pPr>
        <w:spacing w:after="40"/>
      </w:pPr>
      <w:r>
        <w:rPr>
          <w:b/>
          <w:sz w:val="22"/>
        </w:rPr>
        <w:t>[Name of the organisation]</w:t>
      </w:r>
    </w:p>
    <w:p>
      <w:pPr>
        <w:spacing w:after="360"/>
      </w:pPr>
      <w:r>
        <w:rPr>
          <w:b w:val="0"/>
          <w:color w:val="595959"/>
        </w:rPr>
        <w:t>[board or team]</w:t>
      </w:r>
    </w:p>
    <w:p>
      <w:pPr>
        <w:spacing w:after="240"/>
      </w:pPr>
      <w:r>
        <w:rPr>
          <w:b/>
          <w:sz w:val="30"/>
        </w:rPr>
        <w:t>Minutes of the meeting of [date]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1701"/>
          </w:tcPr>
          <w:p>
            <w:r>
              <w:rPr>
                <w:b/>
              </w:rPr>
              <w:t>Time and place</w:t>
            </w:r>
          </w:p>
        </w:tc>
        <w:tc>
          <w:tcPr>
            <w:tcW w:type="dxa" w:w="7370"/>
          </w:tcPr>
          <w:p>
            <w:r>
              <w:t>[time] to [time], [room or online]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Chair</w:t>
            </w:r>
          </w:p>
        </w:tc>
        <w:tc>
          <w:tcPr>
            <w:tcW w:type="dxa" w:w="7370"/>
          </w:tcPr>
          <w:p>
            <w:r>
              <w:t>[name]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Minutes</w:t>
            </w:r>
          </w:p>
        </w:tc>
        <w:tc>
          <w:tcPr>
            <w:tcW w:type="dxa" w:w="7370"/>
          </w:tcPr>
          <w:p>
            <w:r>
              <w:t>[name]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Present</w:t>
            </w:r>
          </w:p>
        </w:tc>
        <w:tc>
          <w:tcPr>
            <w:tcW w:type="dxa" w:w="7370"/>
          </w:tcPr>
          <w:p>
            <w:r>
              <w:t>[names]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Apologies</w:t>
            </w:r>
          </w:p>
        </w:tc>
        <w:tc>
          <w:tcPr>
            <w:tcW w:type="dxa" w:w="7370"/>
          </w:tcPr>
          <w:p>
            <w:r>
              <w:t>[names]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Distribution</w:t>
            </w:r>
          </w:p>
        </w:tc>
        <w:tc>
          <w:tcPr>
            <w:tcW w:type="dxa" w:w="7370"/>
          </w:tcPr>
          <w:p>
            <w:r>
              <w:t>present, apologies, [others]</w:t>
            </w:r>
          </w:p>
        </w:tc>
      </w:tr>
    </w:tbl>
    <w:p>
      <w:pPr>
        <w:spacing w:after="80"/>
      </w:pPr>
    </w:p>
    <w:p>
      <w:pPr>
        <w:spacing w:after="80"/>
      </w:pPr>
      <w:r>
        <w:rPr>
          <w:b/>
          <w:sz w:val="24"/>
        </w:rPr>
        <w:t>Agenda items and decisions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A6A6A6"/>
          <w:left w:val="single" w:sz="4" w:color="A6A6A6"/>
          <w:bottom w:val="single" w:sz="4" w:color="A6A6A6"/>
          <w:right w:val="single" w:sz="4" w:color="A6A6A6"/>
          <w:insideH w:val="single" w:sz="4" w:color="A6A6A6"/>
          <w:insideV w:val="single" w:sz="4" w:color="A6A6A6"/>
        </w:tblBorders>
      </w:tblPr>
      <w:tblGrid>
        <w:gridCol w:w="3137"/>
        <w:gridCol w:w="3137"/>
        <w:gridCol w:w="3137"/>
      </w:tblGrid>
      <w:tr>
        <w:tc>
          <w:tcPr>
            <w:tcW w:type="dxa" w:w="680"/>
          </w:tcPr>
          <w:p>
            <w:r>
              <w:rPr>
                <w:b/>
              </w:rPr>
              <w:t>No.</w:t>
            </w:r>
          </w:p>
        </w:tc>
        <w:tc>
          <w:tcPr>
            <w:tcW w:type="dxa" w:w="3175"/>
          </w:tcPr>
          <w:p>
            <w:r>
              <w:rPr>
                <w:b/>
              </w:rPr>
              <w:t>Agenda item</w:t>
            </w:r>
          </w:p>
        </w:tc>
        <w:tc>
          <w:tcPr>
            <w:tcW w:type="dxa" w:w="5556"/>
          </w:tcPr>
          <w:p>
            <w:r>
              <w:rPr>
                <w:b/>
              </w:rPr>
              <w:t>Decision or outcome</w:t>
            </w:r>
          </w:p>
        </w:tc>
      </w:tr>
      <w:tr>
        <w:tc>
          <w:tcPr>
            <w:tcW w:type="dxa" w:w="680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3175"/>
          </w:tcPr>
          <w:p>
            <w:r>
              <w:rPr>
                <w:sz w:val="19"/>
              </w:rPr>
              <w:t>Minutes of the last meeting</w:t>
            </w:r>
          </w:p>
        </w:tc>
        <w:tc>
          <w:tcPr>
            <w:tcW w:type="dxa" w:w="5556"/>
          </w:tcPr>
          <w:p>
            <w:r>
              <w:rPr>
                <w:sz w:val="19"/>
              </w:rPr>
              <w:t>[approved or approved with changes]</w:t>
            </w:r>
          </w:p>
        </w:tc>
      </w:tr>
      <w:tr>
        <w:tc>
          <w:tcPr>
            <w:tcW w:type="dxa" w:w="680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3175"/>
          </w:tcPr>
          <w:p>
            <w:r>
              <w:rPr>
                <w:sz w:val="19"/>
              </w:rPr>
              <w:t>Actions from the last meeting</w:t>
            </w:r>
          </w:p>
        </w:tc>
        <w:tc>
          <w:tcPr>
            <w:tcW w:type="dxa" w:w="5556"/>
          </w:tcPr>
          <w:p>
            <w:r>
              <w:rPr>
                <w:sz w:val="19"/>
              </w:rPr>
              <w:t>status: see action list</w:t>
            </w:r>
          </w:p>
        </w:tc>
      </w:tr>
      <w:tr>
        <w:tc>
          <w:tcPr>
            <w:tcW w:type="dxa" w:w="680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3175"/>
          </w:tcPr>
          <w:p>
            <w:r>
              <w:rPr>
                <w:sz w:val="19"/>
              </w:rPr>
              <w:t>[agenda item]</w:t>
            </w:r>
          </w:p>
        </w:tc>
        <w:tc>
          <w:tcPr>
            <w:tcW w:type="dxa" w:w="5556"/>
          </w:tcPr>
          <w:p>
            <w:r>
              <w:rPr>
                <w:sz w:val="19"/>
              </w:rPr>
              <w:t>Decision: [wording]. [votes or unanimously]</w:t>
            </w:r>
          </w:p>
        </w:tc>
      </w:tr>
      <w:tr>
        <w:tc>
          <w:tcPr>
            <w:tcW w:type="dxa" w:w="680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3175"/>
          </w:tcPr>
          <w:p>
            <w:r>
              <w:rPr>
                <w:sz w:val="19"/>
              </w:rPr>
              <w:t>[agenda item]</w:t>
            </w:r>
          </w:p>
        </w:tc>
        <w:tc>
          <w:tcPr>
            <w:tcW w:type="dxa" w:w="5556"/>
          </w:tcPr>
          <w:p>
            <w:r>
              <w:rPr>
                <w:sz w:val="19"/>
              </w:rPr>
              <w:t>Information: [key message in one sentence]. No decision.</w:t>
            </w:r>
          </w:p>
        </w:tc>
      </w:tr>
      <w:tr>
        <w:tc>
          <w:tcPr>
            <w:tcW w:type="dxa" w:w="680"/>
          </w:tcPr>
          <w:p>
            <w:r>
              <w:rPr>
                <w:sz w:val="19"/>
              </w:rPr>
              <w:t>5</w:t>
            </w:r>
          </w:p>
        </w:tc>
        <w:tc>
          <w:tcPr>
            <w:tcW w:type="dxa" w:w="3175"/>
          </w:tcPr>
          <w:p>
            <w:r>
              <w:rPr>
                <w:sz w:val="19"/>
              </w:rPr>
              <w:t>Any other business</w:t>
            </w:r>
          </w:p>
        </w:tc>
        <w:tc>
          <w:tcPr>
            <w:tcW w:type="dxa" w:w="5556"/>
          </w:tcPr>
          <w:p>
            <w:r>
              <w:rPr>
                <w:sz w:val="19"/>
              </w:rPr>
              <w:t>Next meeting: [date, time, place]</w:t>
            </w:r>
          </w:p>
        </w:tc>
      </w:tr>
    </w:tbl>
    <w:p>
      <w:pPr>
        <w:spacing w:after="160"/>
      </w:pPr>
    </w:p>
    <w:p>
      <w:pPr>
        <w:spacing w:after="80"/>
      </w:pPr>
      <w:r>
        <w:rPr>
          <w:b/>
          <w:sz w:val="24"/>
        </w:rPr>
        <w:t>Action list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A6A6A6"/>
          <w:left w:val="single" w:sz="4" w:color="A6A6A6"/>
          <w:bottom w:val="single" w:sz="4" w:color="A6A6A6"/>
          <w:right w:val="single" w:sz="4" w:color="A6A6A6"/>
          <w:insideH w:val="single" w:sz="4" w:color="A6A6A6"/>
          <w:insideV w:val="single" w:sz="4" w:color="A6A6A6"/>
        </w:tblBorders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680"/>
          </w:tcPr>
          <w:p>
            <w:r>
              <w:rPr>
                <w:b/>
              </w:rPr>
              <w:t>No.</w:t>
            </w:r>
          </w:p>
        </w:tc>
        <w:tc>
          <w:tcPr>
            <w:tcW w:type="dxa" w:w="4195"/>
          </w:tcPr>
          <w:p>
            <w:r>
              <w:rPr>
                <w:b/>
              </w:rPr>
              <w:t>What</w:t>
            </w:r>
          </w:p>
        </w:tc>
        <w:tc>
          <w:tcPr>
            <w:tcW w:type="dxa" w:w="1701"/>
          </w:tcPr>
          <w:p>
            <w:r>
              <w:rPr>
                <w:b/>
              </w:rPr>
              <w:t>Who</w:t>
            </w:r>
          </w:p>
        </w:tc>
        <w:tc>
          <w:tcPr>
            <w:tcW w:type="dxa" w:w="1361"/>
          </w:tcPr>
          <w:p>
            <w:r>
              <w:rPr>
                <w:b/>
              </w:rPr>
              <w:t>By</w:t>
            </w:r>
          </w:p>
        </w:tc>
        <w:tc>
          <w:tcPr>
            <w:tcW w:type="dxa" w:w="1474"/>
          </w:tcPr>
          <w:p>
            <w:r>
              <w:rPr>
                <w:b/>
              </w:rPr>
              <w:t>Status</w:t>
            </w:r>
          </w:p>
        </w:tc>
      </w:tr>
      <w:tr>
        <w:tc>
          <w:tcPr>
            <w:tcW w:type="dxa" w:w="680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4195"/>
          </w:tcPr>
          <w:p>
            <w:r>
              <w:rPr>
                <w:sz w:val="19"/>
              </w:rPr>
              <w:t>[task, specific enough to be understood without the meeting]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[name]</w:t>
            </w:r>
          </w:p>
        </w:tc>
        <w:tc>
          <w:tcPr>
            <w:tcW w:type="dxa" w:w="1361"/>
          </w:tcPr>
          <w:p>
            <w:r>
              <w:rPr>
                <w:sz w:val="19"/>
              </w:rPr>
              <w:t>[date]</w:t>
            </w:r>
          </w:p>
        </w:tc>
        <w:tc>
          <w:tcPr>
            <w:tcW w:type="dxa" w:w="1474"/>
          </w:tcPr>
          <w:p>
            <w:r>
              <w:rPr>
                <w:sz w:val="19"/>
              </w:rPr>
              <w:t>open</w:t>
            </w:r>
          </w:p>
        </w:tc>
      </w:tr>
      <w:tr>
        <w:tc>
          <w:tcPr>
            <w:tcW w:type="dxa" w:w="680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4195"/>
          </w:tcPr>
          <w:p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r>
              <w:rPr>
                <w:sz w:val="19"/>
              </w:rPr>
            </w:r>
          </w:p>
        </w:tc>
      </w:tr>
    </w:tbl>
    <w:p>
      <w:pPr>
        <w:spacing w:after="160"/>
      </w:pPr>
    </w:p>
    <w:p>
      <w:pPr>
        <w:spacing w:after="120"/>
      </w:pPr>
      <w:r>
        <w:rPr>
          <w:b w:val="0"/>
        </w:rPr>
        <w:t>The minutes are deemed approved if no objections reach [name] by [date].</w:t>
      </w:r>
    </w:p>
    <w:p>
      <w:pPr>
        <w:spacing w:after="240"/>
      </w:pPr>
      <w:r>
        <w:rPr>
          <w:b w:val="0"/>
          <w:color w:val="595959"/>
          <w:sz w:val="17"/>
        </w:rPr>
        <w:t>Carry open actions over as the first agenda item of the next meeting; report completed actions once, then delete them.</w:t>
      </w:r>
    </w:p>
    <w:p>
      <w:pPr>
        <w:keepNext/>
        <w:spacing w:after="600"/>
      </w:pPr>
      <w:r>
        <w:rPr>
          <w:b w:val="0"/>
        </w:rPr>
        <w:t>[Place, date]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keepNext/>
            </w:pPr>
            <w:r>
              <w:t>__________________________________</w:t>
            </w:r>
          </w:p>
        </w:tc>
        <w:tc>
          <w:tcPr>
            <w:tcW w:type="dxa" w:w="4706"/>
          </w:tcPr>
          <w:p>
            <w:pPr>
              <w:keepNext/>
            </w:pPr>
            <w:r>
              <w:t>__________________________________</w:t>
            </w:r>
          </w:p>
        </w:tc>
      </w:tr>
      <w:tr>
        <w:tc>
          <w:tcPr>
            <w:tcW w:type="dxa" w:w="4706"/>
          </w:tcPr>
          <w:p>
            <w:r>
              <w:rPr>
                <w:color w:val="595959"/>
              </w:rPr>
              <w:t>[Name], chair</w:t>
            </w:r>
          </w:p>
        </w:tc>
        <w:tc>
          <w:tcPr>
            <w:tcW w:type="dxa" w:w="4706"/>
          </w:tcPr>
          <w:p>
            <w:r>
              <w:rPr>
                <w:color w:val="595959"/>
              </w:rPr>
              <w:t>[Name], minutes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95959"/>
        <w:sz w:val="16"/>
      </w:rPr>
      <w:t>Template: Eventforum Bern · eventforumbern.ch/en/guides/minutes-template/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template</dc:title>
  <dc:subject/>
  <dc:creator>Eventforum Bern</dc:creator>
  <cp:keywords/>
  <dc:description/>
  <cp:lastModifiedBy>Eventforum Bern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