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2"/>
        </w:rPr>
        <w:t>[Nom de l’association]</w:t>
      </w:r>
    </w:p>
    <w:p>
      <w:pPr>
        <w:spacing w:after="360"/>
      </w:pPr>
      <w:r>
        <w:rPr>
          <w:b w:val="0"/>
          <w:color w:val="595959"/>
        </w:rPr>
        <w:t>[Adresse]</w:t>
      </w:r>
    </w:p>
    <w:p>
      <w:pPr>
        <w:spacing w:after="240"/>
      </w:pPr>
      <w:r>
        <w:rPr>
          <w:b/>
          <w:sz w:val="30"/>
        </w:rPr>
        <w:t>Procès-verbal de l’assemblée générale ordinaire [année]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1701"/>
          </w:tcPr>
          <w:p>
            <w:r>
              <w:rPr>
                <w:b/>
              </w:rPr>
              <w:t>Date</w:t>
            </w:r>
          </w:p>
        </w:tc>
        <w:tc>
          <w:tcPr>
            <w:tcW w:type="dxa" w:w="7370"/>
          </w:tcPr>
          <w:p>
            <w:r>
              <w:t>[jour, date], de [heure] à [heure]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Lieu</w:t>
            </w:r>
          </w:p>
        </w:tc>
        <w:tc>
          <w:tcPr>
            <w:tcW w:type="dxa" w:w="7370"/>
          </w:tcPr>
          <w:p>
            <w:r>
              <w:t>[lieu, adresse]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Présidence</w:t>
            </w:r>
          </w:p>
        </w:tc>
        <w:tc>
          <w:tcPr>
            <w:tcW w:type="dxa" w:w="7370"/>
          </w:tcPr>
          <w:p>
            <w:r>
              <w:t>[nom, fonction]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Procès-verbal</w:t>
            </w:r>
          </w:p>
        </w:tc>
        <w:tc>
          <w:tcPr>
            <w:tcW w:type="dxa" w:w="7370"/>
          </w:tcPr>
          <w:p>
            <w:r>
              <w:t>[nom]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Présents</w:t>
            </w:r>
          </w:p>
        </w:tc>
        <w:tc>
          <w:tcPr>
            <w:tcW w:type="dxa" w:w="7370"/>
          </w:tcPr>
          <w:p>
            <w:r>
              <w:t>[nombre] membres ayant le droit de vote, [nombre] invités, liste de présence en annexe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Excusés</w:t>
            </w:r>
          </w:p>
        </w:tc>
        <w:tc>
          <w:tcPr>
            <w:tcW w:type="dxa" w:w="7370"/>
          </w:tcPr>
          <w:p>
            <w:r>
              <w:t>[nombre] membres</w:t>
            </w:r>
          </w:p>
        </w:tc>
      </w:tr>
    </w:tbl>
    <w:p>
      <w:pPr>
        <w:spacing w:after="80"/>
      </w:pP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1.</w:t>
        <w:tab/>
        <w:t>Ouverture et constatation du quorum</w:t>
      </w:r>
    </w:p>
    <w:p>
      <w:pPr>
        <w:spacing w:after="180"/>
        <w:ind w:left="454"/>
      </w:pPr>
      <w:r>
        <w:t>[Nom] salue les personnes présentes. La convocation a été envoyée dans les délais le [date]. [Nombre] membres ayant le droit de vote sont présents, la majorité absolue est de [nombre]. L’assemblée peut valablement délibérer.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2.</w:t>
        <w:tab/>
        <w:t>Élection des scrutatrices et scrutateurs</w:t>
      </w:r>
    </w:p>
    <w:p>
      <w:pPr>
        <w:spacing w:after="180"/>
        <w:ind w:left="454"/>
      </w:pPr>
      <w:r>
        <w:t>Sont élus : [noms].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3.</w:t>
        <w:tab/>
        <w:t>Approbation de l’ordre du jour</w:t>
      </w:r>
    </w:p>
    <w:p>
      <w:pPr>
        <w:spacing w:after="180"/>
        <w:ind w:left="454"/>
      </w:pPr>
      <w:r>
        <w:t>L’ordre du jour est approuvé sans modification.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4.</w:t>
        <w:tab/>
        <w:t>Procès-verbal de l’assemblée générale du [date]</w:t>
      </w:r>
    </w:p>
    <w:p>
      <w:pPr>
        <w:spacing w:after="180"/>
        <w:ind w:left="454"/>
      </w:pPr>
      <w:r>
        <w:t>Le procès-verbal est approuvé avec remerciements. [voix]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5.</w:t>
        <w:tab/>
        <w:t>Rapport annuel [année]</w:t>
      </w:r>
    </w:p>
    <w:p>
      <w:pPr>
        <w:spacing w:after="180"/>
        <w:ind w:left="454"/>
      </w:pPr>
      <w:r>
        <w:t>[Nom] présente le rapport annuel. [questions et réponses en mots-clés] Le rapport annuel est approuvé. [voix]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6.</w:t>
        <w:tab/>
        <w:t>Comptes annuels [année] et rapport de l’organe de révision</w:t>
      </w:r>
    </w:p>
    <w:p>
      <w:pPr>
        <w:spacing w:after="180"/>
        <w:ind w:left="454"/>
      </w:pPr>
      <w:r>
        <w:t>[Nom] présente les comptes annuels. L’organe de révision en recommande l’approbation. Les comptes annuels sont approuvés. [voix]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7.</w:t>
        <w:tab/>
        <w:t>Décharge au comité</w:t>
      </w:r>
    </w:p>
    <w:p>
      <w:pPr>
        <w:spacing w:after="180"/>
        <w:ind w:left="454"/>
      </w:pPr>
      <w:r>
        <w:t>L’assemblée donne décharge au comité. [voix] Les membres du comité ne prennent pas part au vote.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8.</w:t>
        <w:tab/>
        <w:t>Budget [année] et cotisations</w:t>
      </w:r>
    </w:p>
    <w:p>
      <w:pPr>
        <w:spacing w:after="180"/>
        <w:ind w:left="454"/>
      </w:pPr>
      <w:r>
        <w:t>Le budget est approuvé, la cotisation s’élève à [montant]. [voix]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9.</w:t>
        <w:tab/>
        <w:t>Élections</w:t>
      </w:r>
    </w:p>
    <w:p>
      <w:pPr>
        <w:spacing w:after="180"/>
        <w:ind w:left="454"/>
      </w:pPr>
      <w:r>
        <w:t>[Nom] est élu·e pour [durée du mandat] en tant que [fonction]. [voix] [Nom] accepte son élection.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10.</w:t>
        <w:tab/>
        <w:t>Propositions du comité</w:t>
      </w:r>
    </w:p>
    <w:p>
      <w:pPr>
        <w:spacing w:after="180"/>
        <w:ind w:left="454"/>
      </w:pPr>
      <w:r>
        <w:t>Proposition : [texte]. La proposition est [acceptée ou refusée]. [voix]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11.</w:t>
        <w:tab/>
        <w:t>Propositions des membres</w:t>
      </w:r>
    </w:p>
    <w:p>
      <w:pPr>
        <w:spacing w:after="180"/>
        <w:ind w:left="454"/>
      </w:pPr>
      <w:r>
        <w:t>[Aucune proposition n’a été reçue. Sinon, pour chaque proposition comme au point 10 : auteur, texte, décision, voix.]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12.</w:t>
        <w:tab/>
        <w:t>Distinctions</w:t>
      </w:r>
    </w:p>
    <w:p>
      <w:pPr>
        <w:spacing w:after="180"/>
        <w:ind w:left="454"/>
      </w:pPr>
      <w:r>
        <w:t>[Nom] est honoré·e pour [motif].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13.</w:t>
        <w:tab/>
        <w:t>Divers</w:t>
      </w:r>
    </w:p>
    <w:p>
      <w:pPr>
        <w:spacing w:after="180"/>
        <w:ind w:left="454"/>
      </w:pPr>
      <w:r>
        <w:t>[Informations et dates]. Aucune décision n’est prise.</w:t>
      </w:r>
    </w:p>
    <w:p>
      <w:pPr>
        <w:spacing w:after="320"/>
      </w:pPr>
      <w:r>
        <w:rPr>
          <w:b w:val="0"/>
        </w:rPr>
        <w:t>Clôture de l’assemblée : [heure]</w:t>
      </w:r>
    </w:p>
    <w:p>
      <w:pPr>
        <w:keepNext/>
        <w:spacing w:after="600"/>
      </w:pPr>
      <w:r>
        <w:rPr>
          <w:b w:val="0"/>
        </w:rPr>
        <w:t>[Lieu, date]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keepNext/>
            </w:pPr>
            <w:r>
              <w:t>__________________________________</w:t>
            </w:r>
          </w:p>
        </w:tc>
        <w:tc>
          <w:tcPr>
            <w:tcW w:type="dxa" w:w="4706"/>
          </w:tcPr>
          <w:p>
            <w:pPr>
              <w:keepNext/>
            </w:pPr>
            <w:r>
              <w:t>__________________________________</w:t>
            </w:r>
          </w:p>
        </w:tc>
      </w:tr>
      <w:tr>
        <w:tc>
          <w:tcPr>
            <w:tcW w:type="dxa" w:w="4706"/>
          </w:tcPr>
          <w:p>
            <w:r>
              <w:rPr>
                <w:color w:val="595959"/>
              </w:rPr>
              <w:t>[Nom], présidence</w:t>
            </w:r>
          </w:p>
        </w:tc>
        <w:tc>
          <w:tcPr>
            <w:tcW w:type="dxa" w:w="4706"/>
          </w:tcPr>
          <w:p>
            <w:r>
              <w:rPr>
                <w:color w:val="595959"/>
              </w:rPr>
              <w:t>[Nom], procès-verbal</w:t>
            </w:r>
          </w:p>
        </w:tc>
      </w:tr>
    </w:tbl>
    <w:p>
      <w:pPr>
        <w:spacing w:after="200"/>
      </w:pPr>
    </w:p>
    <w:p>
      <w:pPr>
        <w:spacing w:after="280"/>
      </w:pPr>
      <w:r>
        <w:rPr>
          <w:b w:val="0"/>
        </w:rPr>
        <w:t>Annexes : liste de présence, [autres documents]</w:t>
      </w:r>
    </w:p>
    <w:p>
      <w:pPr>
        <w:spacing w:after="120"/>
      </w:pPr>
      <w:r>
        <w:rPr>
          <w:b w:val="0"/>
          <w:color w:val="595959"/>
          <w:sz w:val="17"/>
        </w:rPr>
        <w:t>Remplacer [voix] à chaque décision par le résultat du vote, par exemple « 84 oui, 2 non, 3 abstentions » ou « à l’unanimité ». Pour une assemblée des délégués, adapter le nom de l’assemblée et consigner la présence par section.</w:t>
      </w:r>
    </w:p>
    <w:p>
      <w:r>
        <w:br w:type="page"/>
      </w:r>
    </w:p>
    <w:p>
      <w:pPr>
        <w:spacing w:after="40"/>
      </w:pPr>
      <w:r>
        <w:rPr>
          <w:b/>
          <w:sz w:val="22"/>
        </w:rPr>
        <w:t>[Nom de l’organisation]</w:t>
      </w:r>
    </w:p>
    <w:p>
      <w:pPr>
        <w:spacing w:after="360"/>
      </w:pPr>
      <w:r>
        <w:rPr>
          <w:b w:val="0"/>
          <w:color w:val="595959"/>
        </w:rPr>
        <w:t>[comité ou équipe]</w:t>
      </w:r>
    </w:p>
    <w:p>
      <w:pPr>
        <w:spacing w:after="240"/>
      </w:pPr>
      <w:r>
        <w:rPr>
          <w:b/>
          <w:sz w:val="30"/>
        </w:rPr>
        <w:t>Procès-verbal de la séance du [date]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1701"/>
          </w:tcPr>
          <w:p>
            <w:r>
              <w:rPr>
                <w:b/>
              </w:rPr>
              <w:t>Heure et lieu</w:t>
            </w:r>
          </w:p>
        </w:tc>
        <w:tc>
          <w:tcPr>
            <w:tcW w:type="dxa" w:w="7370"/>
          </w:tcPr>
          <w:p>
            <w:r>
              <w:t>de [heure] à [heure], [salle ou en ligne]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Direction</w:t>
            </w:r>
          </w:p>
        </w:tc>
        <w:tc>
          <w:tcPr>
            <w:tcW w:type="dxa" w:w="7370"/>
          </w:tcPr>
          <w:p>
            <w:r>
              <w:t>[nom]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Procès-verbal</w:t>
            </w:r>
          </w:p>
        </w:tc>
        <w:tc>
          <w:tcPr>
            <w:tcW w:type="dxa" w:w="7370"/>
          </w:tcPr>
          <w:p>
            <w:r>
              <w:t>[nom]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Présents</w:t>
            </w:r>
          </w:p>
        </w:tc>
        <w:tc>
          <w:tcPr>
            <w:tcW w:type="dxa" w:w="7370"/>
          </w:tcPr>
          <w:p>
            <w:r>
              <w:t>[noms]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Excusés</w:t>
            </w:r>
          </w:p>
        </w:tc>
        <w:tc>
          <w:tcPr>
            <w:tcW w:type="dxa" w:w="7370"/>
          </w:tcPr>
          <w:p>
            <w:r>
              <w:t>[noms]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Diffusion</w:t>
            </w:r>
          </w:p>
        </w:tc>
        <w:tc>
          <w:tcPr>
            <w:tcW w:type="dxa" w:w="7370"/>
          </w:tcPr>
          <w:p>
            <w:r>
              <w:t>présents, excusés, [autres]</w:t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sz w:val="24"/>
        </w:rPr>
        <w:t>Points de l’ordre du jour et décisions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3137"/>
        <w:gridCol w:w="3137"/>
        <w:gridCol w:w="3137"/>
      </w:tblGrid>
      <w:tr>
        <w:tc>
          <w:tcPr>
            <w:tcW w:type="dxa" w:w="680"/>
          </w:tcPr>
          <w:p>
            <w:r>
              <w:rPr>
                <w:b/>
              </w:rPr>
              <w:t>N°</w:t>
            </w:r>
          </w:p>
        </w:tc>
        <w:tc>
          <w:tcPr>
            <w:tcW w:type="dxa" w:w="3175"/>
          </w:tcPr>
          <w:p>
            <w:r>
              <w:rPr>
                <w:b/>
              </w:rPr>
              <w:t>Point</w:t>
            </w:r>
          </w:p>
        </w:tc>
        <w:tc>
          <w:tcPr>
            <w:tcW w:type="dxa" w:w="5556"/>
          </w:tcPr>
          <w:p>
            <w:r>
              <w:rPr>
                <w:b/>
              </w:rPr>
              <w:t>Décision ou résultat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3175"/>
          </w:tcPr>
          <w:p>
            <w:r>
              <w:rPr>
                <w:sz w:val="19"/>
              </w:rPr>
              <w:t>Procès-verbal de la dernière séance</w:t>
            </w:r>
          </w:p>
        </w:tc>
        <w:tc>
          <w:tcPr>
            <w:tcW w:type="dxa" w:w="5556"/>
          </w:tcPr>
          <w:p>
            <w:r>
              <w:rPr>
                <w:sz w:val="19"/>
              </w:rPr>
              <w:t>[approuvé ou approuvé avec modifications]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3175"/>
          </w:tcPr>
          <w:p>
            <w:r>
              <w:rPr>
                <w:sz w:val="19"/>
              </w:rPr>
              <w:t>Suivi des tâches de la dernière séance</w:t>
            </w:r>
          </w:p>
        </w:tc>
        <w:tc>
          <w:tcPr>
            <w:tcW w:type="dxa" w:w="5556"/>
          </w:tcPr>
          <w:p>
            <w:r>
              <w:rPr>
                <w:sz w:val="19"/>
              </w:rPr>
              <w:t>état : voir la liste des tâches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3175"/>
          </w:tcPr>
          <w:p>
            <w:r>
              <w:rPr>
                <w:sz w:val="19"/>
              </w:rPr>
              <w:t>[point]</w:t>
            </w:r>
          </w:p>
        </w:tc>
        <w:tc>
          <w:tcPr>
            <w:tcW w:type="dxa" w:w="5556"/>
          </w:tcPr>
          <w:p>
            <w:r>
              <w:rPr>
                <w:sz w:val="19"/>
              </w:rPr>
              <w:t>Décision : [texte]. [voix ou à l’unanimité]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3175"/>
          </w:tcPr>
          <w:p>
            <w:r>
              <w:rPr>
                <w:sz w:val="19"/>
              </w:rPr>
              <w:t>[point]</w:t>
            </w:r>
          </w:p>
        </w:tc>
        <w:tc>
          <w:tcPr>
            <w:tcW w:type="dxa" w:w="5556"/>
          </w:tcPr>
          <w:p>
            <w:r>
              <w:rPr>
                <w:sz w:val="19"/>
              </w:rPr>
              <w:t>Information : [message clé en une phrase]. Pas de décision.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3175"/>
          </w:tcPr>
          <w:p>
            <w:r>
              <w:rPr>
                <w:sz w:val="19"/>
              </w:rPr>
              <w:t>Divers</w:t>
            </w:r>
          </w:p>
        </w:tc>
        <w:tc>
          <w:tcPr>
            <w:tcW w:type="dxa" w:w="5556"/>
          </w:tcPr>
          <w:p>
            <w:r>
              <w:rPr>
                <w:sz w:val="19"/>
              </w:rPr>
              <w:t>Prochaine séance : [date, heure, lieu]</w:t>
            </w:r>
          </w:p>
        </w:tc>
      </w:tr>
    </w:tbl>
    <w:p>
      <w:pPr>
        <w:spacing w:after="160"/>
      </w:pPr>
    </w:p>
    <w:p>
      <w:pPr>
        <w:spacing w:after="80"/>
      </w:pPr>
      <w:r>
        <w:rPr>
          <w:b/>
          <w:sz w:val="24"/>
        </w:rPr>
        <w:t>Liste des tâches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680"/>
          </w:tcPr>
          <w:p>
            <w:r>
              <w:rPr>
                <w:b/>
              </w:rPr>
              <w:t>N°</w:t>
            </w:r>
          </w:p>
        </w:tc>
        <w:tc>
          <w:tcPr>
            <w:tcW w:type="dxa" w:w="4195"/>
          </w:tcPr>
          <w:p>
            <w:r>
              <w:rPr>
                <w:b/>
              </w:rPr>
              <w:t>Quoi</w:t>
            </w:r>
          </w:p>
        </w:tc>
        <w:tc>
          <w:tcPr>
            <w:tcW w:type="dxa" w:w="1701"/>
          </w:tcPr>
          <w:p>
            <w:r>
              <w:rPr>
                <w:b/>
              </w:rPr>
              <w:t>Qui</w:t>
            </w:r>
          </w:p>
        </w:tc>
        <w:tc>
          <w:tcPr>
            <w:tcW w:type="dxa" w:w="1361"/>
          </w:tcPr>
          <w:p>
            <w:r>
              <w:rPr>
                <w:b/>
              </w:rPr>
              <w:t>Délai</w:t>
            </w:r>
          </w:p>
        </w:tc>
        <w:tc>
          <w:tcPr>
            <w:tcW w:type="dxa" w:w="1474"/>
          </w:tcPr>
          <w:p>
            <w:r>
              <w:rPr>
                <w:b/>
              </w:rPr>
              <w:t>État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4195"/>
          </w:tcPr>
          <w:p>
            <w:r>
              <w:rPr>
                <w:sz w:val="19"/>
              </w:rPr>
              <w:t>[tâche, compréhensible sans la séance]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[nom]</w:t>
            </w:r>
          </w:p>
        </w:tc>
        <w:tc>
          <w:tcPr>
            <w:tcW w:type="dxa" w:w="1361"/>
          </w:tcPr>
          <w:p>
            <w:r>
              <w:rPr>
                <w:sz w:val="19"/>
              </w:rPr>
              <w:t>[date]</w:t>
            </w:r>
          </w:p>
        </w:tc>
        <w:tc>
          <w:tcPr>
            <w:tcW w:type="dxa" w:w="1474"/>
          </w:tcPr>
          <w:p>
            <w:r>
              <w:rPr>
                <w:sz w:val="19"/>
              </w:rPr>
              <w:t>ouverte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4195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>
              <w:rPr>
                <w:sz w:val="19"/>
              </w:rPr>
            </w:r>
          </w:p>
        </w:tc>
      </w:tr>
    </w:tbl>
    <w:p>
      <w:pPr>
        <w:spacing w:after="160"/>
      </w:pPr>
    </w:p>
    <w:p>
      <w:pPr>
        <w:spacing w:after="120"/>
      </w:pPr>
      <w:r>
        <w:rPr>
          <w:b w:val="0"/>
        </w:rPr>
        <w:t>Sans objection adressée à [nom] d’ici au [date], le procès-verbal est réputé approuvé.</w:t>
      </w:r>
    </w:p>
    <w:p>
      <w:pPr>
        <w:spacing w:after="240"/>
      </w:pPr>
      <w:r>
        <w:rPr>
          <w:b w:val="0"/>
          <w:color w:val="595959"/>
          <w:sz w:val="17"/>
        </w:rPr>
        <w:t>Reprendre les tâches ouvertes en premier point de la séance suivante ; biffer les tâches terminées après les avoir signalées.</w:t>
      </w:r>
    </w:p>
    <w:p>
      <w:pPr>
        <w:keepNext/>
        <w:spacing w:after="600"/>
      </w:pPr>
      <w:r>
        <w:rPr>
          <w:b w:val="0"/>
        </w:rPr>
        <w:t>[Lieu, date]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keepNext/>
            </w:pPr>
            <w:r>
              <w:t>__________________________________</w:t>
            </w:r>
          </w:p>
        </w:tc>
        <w:tc>
          <w:tcPr>
            <w:tcW w:type="dxa" w:w="4706"/>
          </w:tcPr>
          <w:p>
            <w:pPr>
              <w:keepNext/>
            </w:pPr>
            <w:r>
              <w:t>__________________________________</w:t>
            </w:r>
          </w:p>
        </w:tc>
      </w:tr>
      <w:tr>
        <w:tc>
          <w:tcPr>
            <w:tcW w:type="dxa" w:w="4706"/>
          </w:tcPr>
          <w:p>
            <w:r>
              <w:rPr>
                <w:color w:val="595959"/>
              </w:rPr>
              <w:t>[Nom], direction</w:t>
            </w:r>
          </w:p>
        </w:tc>
        <w:tc>
          <w:tcPr>
            <w:tcW w:type="dxa" w:w="4706"/>
          </w:tcPr>
          <w:p>
            <w:r>
              <w:rPr>
                <w:color w:val="595959"/>
              </w:rPr>
              <w:t>[Nom], procès-verbal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95959"/>
        <w:sz w:val="16"/>
      </w:rPr>
      <w:t>Modèle : Eventforum Bern · eventforumbern.ch/fr/conseils/modele-proces-verbal/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  <w:lang w:val="fr-C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procès-verbal</dc:title>
  <dc:subject/>
  <dc:creator>Eventforum Bern</dc:creator>
  <cp:keywords/>
  <dc:description/>
  <cp:lastModifiedBy>Eventforum Bern</cp:lastModifiedBy>
  <cp:revision>1</cp:revision>
  <dcterms:created xsi:type="dcterms:W3CDTF">2013-12-23T23:15:00Z</dcterms:created>
  <dcterms:modified xsi:type="dcterms:W3CDTF">2013-12-23T23:15:00Z</dcterms:modified>
  <cp:category/>
  <dc:language>fr-CH</dc:language>
</cp:coreProperties>
</file>