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[Name des Vereins]</w:t>
      </w:r>
    </w:p>
    <w:p>
      <w:pPr>
        <w:spacing w:after="360"/>
      </w:pPr>
      <w:r>
        <w:rPr>
          <w:b w:val="0"/>
          <w:color w:val="595959"/>
        </w:rPr>
        <w:t>[Adresse]</w:t>
      </w:r>
    </w:p>
    <w:p>
      <w:pPr>
        <w:spacing w:after="240"/>
      </w:pPr>
      <w:r>
        <w:rPr>
          <w:b/>
          <w:sz w:val="30"/>
        </w:rPr>
        <w:t>Protokoll der ordentlichen Generalversammlung [Jahr]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7370"/>
          </w:tcPr>
          <w:p>
            <w:r>
              <w:t>[Wochentag, Datum], [Uhrzeit] bis [Uhrzeit]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Ort</w:t>
            </w:r>
          </w:p>
        </w:tc>
        <w:tc>
          <w:tcPr>
            <w:tcW w:type="dxa" w:w="7370"/>
          </w:tcPr>
          <w:p>
            <w:r>
              <w:t>[Location, Adresse]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Vorsitz</w:t>
            </w:r>
          </w:p>
        </w:tc>
        <w:tc>
          <w:tcPr>
            <w:tcW w:type="dxa" w:w="7370"/>
          </w:tcPr>
          <w:p>
            <w:r>
              <w:t>[Name, Funktion]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Protokoll</w:t>
            </w:r>
          </w:p>
        </w:tc>
        <w:tc>
          <w:tcPr>
            <w:tcW w:type="dxa" w:w="7370"/>
          </w:tcPr>
          <w:p>
            <w:r>
              <w:t>[Name]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Anwesend</w:t>
            </w:r>
          </w:p>
        </w:tc>
        <w:tc>
          <w:tcPr>
            <w:tcW w:type="dxa" w:w="7370"/>
          </w:tcPr>
          <w:p>
            <w:r>
              <w:t>[Zahl] Stimmberechtigte, [Zahl] Gäste, Präsenzliste in der Beilage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Entschuldigt</w:t>
            </w:r>
          </w:p>
        </w:tc>
        <w:tc>
          <w:tcPr>
            <w:tcW w:type="dxa" w:w="7370"/>
          </w:tcPr>
          <w:p>
            <w:r>
              <w:t>[Zahl] Mitglieder</w:t>
            </w:r>
          </w:p>
        </w:tc>
      </w:tr>
    </w:tbl>
    <w:p>
      <w:pPr>
        <w:spacing w:after="80"/>
      </w:pP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1.</w:t>
        <w:tab/>
        <w:t>Begrüssung und Feststellung der Beschlussfähigkeit</w:t>
      </w:r>
    </w:p>
    <w:p>
      <w:pPr>
        <w:spacing w:after="180"/>
        <w:ind w:left="454"/>
      </w:pPr>
      <w:r>
        <w:t>[Name] begrüsst die Anwesenden. Die Einladung wurde am [Datum] fristgerecht verschickt. Anwesend sind [Zahl] Stimmberechtigte, das absolute Mehr beträgt [Zahl]. Die Versammlung ist beschlussfähig.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2.</w:t>
        <w:tab/>
        <w:t>Wahl der Stimmenzählenden</w:t>
      </w:r>
    </w:p>
    <w:p>
      <w:pPr>
        <w:spacing w:after="180"/>
        <w:ind w:left="454"/>
      </w:pPr>
      <w:r>
        <w:t>Gewählt werden [Namen].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3.</w:t>
        <w:tab/>
        <w:t>Genehmigung der Traktandenliste</w:t>
      </w:r>
    </w:p>
    <w:p>
      <w:pPr>
        <w:spacing w:after="180"/>
        <w:ind w:left="454"/>
      </w:pPr>
      <w:r>
        <w:t>Die Traktandenliste wird ohne Änderungen genehmigt.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4.</w:t>
        <w:tab/>
        <w:t>Protokoll der Generalversammlung vom [Datum]</w:t>
      </w:r>
    </w:p>
    <w:p>
      <w:pPr>
        <w:spacing w:after="180"/>
        <w:ind w:left="454"/>
      </w:pPr>
      <w:r>
        <w:t>Das Protokoll wird genehmigt und verdankt. [Stimmen]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5.</w:t>
        <w:tab/>
        <w:t>Jahresbericht [Jahr]</w:t>
      </w:r>
    </w:p>
    <w:p>
      <w:pPr>
        <w:spacing w:after="180"/>
        <w:ind w:left="454"/>
      </w:pPr>
      <w:r>
        <w:t>[Name] stellt den Jahresbericht vor. [Fragen und Antworten in Stichworten] Der Jahresbericht wird genehmigt. [Stimmen]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6.</w:t>
        <w:tab/>
        <w:t>Jahresrechnung [Jahr] und Bericht der Revisionsstelle</w:t>
      </w:r>
    </w:p>
    <w:p>
      <w:pPr>
        <w:spacing w:after="180"/>
        <w:ind w:left="454"/>
      </w:pPr>
      <w:r>
        <w:t>[Name] erläutert die Jahresrechnung. Die Revisionsstelle beantragt die Genehmigung. Die Jahresrechnung wird genehmigt. [Stimmen]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7.</w:t>
        <w:tab/>
        <w:t>Entlastung des Vorstands</w:t>
      </w:r>
    </w:p>
    <w:p>
      <w:pPr>
        <w:spacing w:after="180"/>
        <w:ind w:left="454"/>
      </w:pPr>
      <w:r>
        <w:t>Die Versammlung erteilt dem Vorstand Entlastung. [Stimmen] Die Vorstandsmitglieder stimmen nicht mit.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8.</w:t>
        <w:tab/>
        <w:t>Budget [Jahr] und Mitgliederbeiträge</w:t>
      </w:r>
    </w:p>
    <w:p>
      <w:pPr>
        <w:spacing w:after="180"/>
        <w:ind w:left="454"/>
      </w:pPr>
      <w:r>
        <w:t>Das Budget wird genehmigt, der Mitgliederbeitrag beträgt [Betrag]. [Stimmen]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9.</w:t>
        <w:tab/>
        <w:t>Wahlen</w:t>
      </w:r>
    </w:p>
    <w:p>
      <w:pPr>
        <w:spacing w:after="180"/>
        <w:ind w:left="454"/>
      </w:pPr>
      <w:r>
        <w:t>[Name] wird für [Amtsdauer] als [Funktion] gewählt. [Stimmen] [Name] nimmt die Wahl an.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10.</w:t>
        <w:tab/>
        <w:t>Anträge des Vorstands</w:t>
      </w:r>
    </w:p>
    <w:p>
      <w:pPr>
        <w:spacing w:after="180"/>
        <w:ind w:left="454"/>
      </w:pPr>
      <w:r>
        <w:t>Antrag: [Wortlaut]. Der Antrag wird [angenommen oder abgelehnt]. [Stimmen]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11.</w:t>
        <w:tab/>
        <w:t>Anträge von Mitgliedern</w:t>
      </w:r>
    </w:p>
    <w:p>
      <w:pPr>
        <w:spacing w:after="180"/>
        <w:ind w:left="454"/>
      </w:pPr>
      <w:r>
        <w:t>[Es sind keine Anträge eingegangen. Sonst je Antrag wie bei Traktandum 10: Antragstellende, Wortlaut, Beschluss, Stimmen.]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12.</w:t>
        <w:tab/>
        <w:t>Ehrungen</w:t>
      </w:r>
    </w:p>
    <w:p>
      <w:pPr>
        <w:spacing w:after="180"/>
        <w:ind w:left="454"/>
      </w:pPr>
      <w:r>
        <w:t>[Name] wird für [Anlass] geehrt.</w:t>
      </w:r>
    </w:p>
    <w:p>
      <w:pPr>
        <w:keepNext/>
        <w:tabs>
          <w:tab w:pos="454" w:val="left"/>
        </w:tabs>
        <w:spacing w:after="40"/>
        <w:ind w:left="454" w:hanging="454"/>
      </w:pPr>
      <w:r>
        <w:rPr>
          <w:b/>
        </w:rPr>
        <w:t>13.</w:t>
        <w:tab/>
        <w:t>Verschiedenes</w:t>
      </w:r>
    </w:p>
    <w:p>
      <w:pPr>
        <w:spacing w:after="180"/>
        <w:ind w:left="454"/>
      </w:pPr>
      <w:r>
        <w:t>[Informationen und Termine]. Es werden keine Beschlüsse gefasst.</w:t>
      </w:r>
    </w:p>
    <w:p>
      <w:pPr>
        <w:spacing w:after="320"/>
      </w:pPr>
      <w:r>
        <w:rPr>
          <w:b w:val="0"/>
        </w:rPr>
        <w:t>Schluss der Versammlung: [Uhrzeit]</w:t>
      </w:r>
    </w:p>
    <w:p>
      <w:pPr>
        <w:keepNext/>
        <w:spacing w:after="600"/>
      </w:pPr>
      <w:r>
        <w:rPr>
          <w:b w:val="0"/>
        </w:rPr>
        <w:t>[Ort, Datum]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</w:tr>
      <w:tr>
        <w:tc>
          <w:tcPr>
            <w:tcW w:type="dxa" w:w="4706"/>
          </w:tcPr>
          <w:p>
            <w:r>
              <w:rPr>
                <w:color w:val="595959"/>
              </w:rPr>
              <w:t>[Name], Vorsitz</w:t>
            </w:r>
          </w:p>
        </w:tc>
        <w:tc>
          <w:tcPr>
            <w:tcW w:type="dxa" w:w="4706"/>
          </w:tcPr>
          <w:p>
            <w:r>
              <w:rPr>
                <w:color w:val="595959"/>
              </w:rPr>
              <w:t>[Name], Protokoll</w:t>
            </w:r>
          </w:p>
        </w:tc>
      </w:tr>
    </w:tbl>
    <w:p>
      <w:pPr>
        <w:spacing w:after="200"/>
      </w:pPr>
    </w:p>
    <w:p>
      <w:pPr>
        <w:spacing w:after="280"/>
      </w:pPr>
      <w:r>
        <w:rPr>
          <w:b w:val="0"/>
        </w:rPr>
        <w:t>Beilagen: Präsenzliste, [weitere Unterlagen]</w:t>
      </w:r>
    </w:p>
    <w:p>
      <w:pPr>
        <w:spacing w:after="120"/>
      </w:pPr>
      <w:r>
        <w:rPr>
          <w:b w:val="0"/>
          <w:color w:val="595959"/>
          <w:sz w:val="17"/>
        </w:rPr>
        <w:t>[Stimmen] bei jedem Beschluss durch das Stimmenverhältnis ersetzen, zum Beispiel «84 Ja, 2 Nein, 3 Enthaltungen» oder «einstimmig». Für eine Mitglieder- oder Delegiertenversammlung den Namen der Versammlung ersetzen; an einer Delegiertenversammlung die Präsenz pro Sektion festhalten.</w:t>
      </w:r>
    </w:p>
    <w:p>
      <w:r>
        <w:br w:type="page"/>
      </w:r>
    </w:p>
    <w:p>
      <w:pPr>
        <w:spacing w:after="40"/>
      </w:pPr>
      <w:r>
        <w:rPr>
          <w:b/>
          <w:sz w:val="22"/>
        </w:rPr>
        <w:t>[Name der Organisation]</w:t>
      </w:r>
    </w:p>
    <w:p>
      <w:pPr>
        <w:spacing w:after="360"/>
      </w:pPr>
      <w:r>
        <w:rPr>
          <w:b w:val="0"/>
          <w:color w:val="595959"/>
        </w:rPr>
        <w:t>[Vorstand oder Team]</w:t>
      </w:r>
    </w:p>
    <w:p>
      <w:pPr>
        <w:spacing w:after="240"/>
      </w:pPr>
      <w:r>
        <w:rPr>
          <w:b/>
          <w:sz w:val="30"/>
        </w:rPr>
        <w:t>Protokoll der Sitzung vom [Datum]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Zeit und Ort</w:t>
            </w:r>
          </w:p>
        </w:tc>
        <w:tc>
          <w:tcPr>
            <w:tcW w:type="dxa" w:w="7370"/>
          </w:tcPr>
          <w:p>
            <w:r>
              <w:t>[Uhrzeit] bis [Uhrzeit], [Raum oder online]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Leitung</w:t>
            </w:r>
          </w:p>
        </w:tc>
        <w:tc>
          <w:tcPr>
            <w:tcW w:type="dxa" w:w="7370"/>
          </w:tcPr>
          <w:p>
            <w:r>
              <w:t>[Name]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Protokoll</w:t>
            </w:r>
          </w:p>
        </w:tc>
        <w:tc>
          <w:tcPr>
            <w:tcW w:type="dxa" w:w="7370"/>
          </w:tcPr>
          <w:p>
            <w:r>
              <w:t>[Name]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Anwesend</w:t>
            </w:r>
          </w:p>
        </w:tc>
        <w:tc>
          <w:tcPr>
            <w:tcW w:type="dxa" w:w="7370"/>
          </w:tcPr>
          <w:p>
            <w:r>
              <w:t>[Namen]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Entschuldigt</w:t>
            </w:r>
          </w:p>
        </w:tc>
        <w:tc>
          <w:tcPr>
            <w:tcW w:type="dxa" w:w="7370"/>
          </w:tcPr>
          <w:p>
            <w:r>
              <w:t>[Namen]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Verteiler</w:t>
            </w:r>
          </w:p>
        </w:tc>
        <w:tc>
          <w:tcPr>
            <w:tcW w:type="dxa" w:w="7370"/>
          </w:tcPr>
          <w:p>
            <w:r>
              <w:t>Anwesende, Entschuldigte, [weitere]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sz w:val="24"/>
        </w:rPr>
        <w:t>Traktanden und Beschlüsse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3137"/>
        <w:gridCol w:w="3137"/>
        <w:gridCol w:w="3137"/>
      </w:tblGrid>
      <w:tr>
        <w:tc>
          <w:tcPr>
            <w:tcW w:type="dxa" w:w="680"/>
          </w:tcPr>
          <w:p>
            <w:r>
              <w:rPr>
                <w:b/>
              </w:rPr>
              <w:t>Nr.</w:t>
            </w:r>
          </w:p>
        </w:tc>
        <w:tc>
          <w:tcPr>
            <w:tcW w:type="dxa" w:w="3175"/>
          </w:tcPr>
          <w:p>
            <w:r>
              <w:rPr>
                <w:b/>
              </w:rPr>
              <w:t>Traktandum</w:t>
            </w:r>
          </w:p>
        </w:tc>
        <w:tc>
          <w:tcPr>
            <w:tcW w:type="dxa" w:w="5556"/>
          </w:tcPr>
          <w:p>
            <w:r>
              <w:rPr>
                <w:b/>
              </w:rPr>
              <w:t>Beschluss oder Ergebnis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Protokoll der letzten Sitzung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[Genehmigt oder mit Änderungen genehmigt]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Pendenzen aus der letzten Sitzung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Stand siehe Pendenzenliste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[Traktandum]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Beschluss: [Wortlaut]. [Stimmen oder einstimmig]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[Traktandum]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Information: [Kernaussage in einem Satz]. Kein Beschluss.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Verschiedenes</w:t>
            </w:r>
          </w:p>
        </w:tc>
        <w:tc>
          <w:tcPr>
            <w:tcW w:type="dxa" w:w="5556"/>
          </w:tcPr>
          <w:p>
            <w:r>
              <w:rPr>
                <w:sz w:val="19"/>
              </w:rPr>
              <w:t>Nächste Sitzung: [Datum, Uhrzeit, Ort]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b/>
          <w:sz w:val="24"/>
        </w:rPr>
        <w:t>Pendenzenliste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680"/>
          </w:tcPr>
          <w:p>
            <w:r>
              <w:rPr>
                <w:b/>
              </w:rPr>
              <w:t>Nr.</w:t>
            </w:r>
          </w:p>
        </w:tc>
        <w:tc>
          <w:tcPr>
            <w:tcW w:type="dxa" w:w="4195"/>
          </w:tcPr>
          <w:p>
            <w:r>
              <w:rPr>
                <w:b/>
              </w:rPr>
              <w:t>Was</w:t>
            </w:r>
          </w:p>
        </w:tc>
        <w:tc>
          <w:tcPr>
            <w:tcW w:type="dxa" w:w="1701"/>
          </w:tcPr>
          <w:p>
            <w:r>
              <w:rPr>
                <w:b/>
              </w:rPr>
              <w:t>Wer</w:t>
            </w:r>
          </w:p>
        </w:tc>
        <w:tc>
          <w:tcPr>
            <w:tcW w:type="dxa" w:w="1361"/>
          </w:tcPr>
          <w:p>
            <w:r>
              <w:rPr>
                <w:b/>
              </w:rPr>
              <w:t>Bis</w:t>
            </w:r>
          </w:p>
        </w:tc>
        <w:tc>
          <w:tcPr>
            <w:tcW w:type="dxa" w:w="1474"/>
          </w:tcPr>
          <w:p>
            <w:r>
              <w:rPr>
                <w:b/>
              </w:rPr>
              <w:t>Stand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4195"/>
          </w:tcPr>
          <w:p>
            <w:r>
              <w:rPr>
                <w:sz w:val="19"/>
              </w:rPr>
              <w:t>[Aufgabe, so konkret, dass sie ohne die Sitzung verständlich ist]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[Name]</w:t>
            </w:r>
          </w:p>
        </w:tc>
        <w:tc>
          <w:tcPr>
            <w:tcW w:type="dxa" w:w="1361"/>
          </w:tcPr>
          <w:p>
            <w:r>
              <w:rPr>
                <w:sz w:val="19"/>
              </w:rPr>
              <w:t>[Datum]</w:t>
            </w:r>
          </w:p>
        </w:tc>
        <w:tc>
          <w:tcPr>
            <w:tcW w:type="dxa" w:w="1474"/>
          </w:tcPr>
          <w:p>
            <w:r>
              <w:rPr>
                <w:sz w:val="19"/>
              </w:rPr>
              <w:t>offen</w:t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419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419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>
              <w:rPr>
                <w:sz w:val="19"/>
              </w:rPr>
            </w:r>
          </w:p>
        </w:tc>
      </w:tr>
    </w:tbl>
    <w:p>
      <w:pPr>
        <w:spacing w:after="160"/>
      </w:pPr>
    </w:p>
    <w:p>
      <w:pPr>
        <w:spacing w:after="320"/>
      </w:pPr>
      <w:r>
        <w:rPr>
          <w:b w:val="0"/>
        </w:rPr>
        <w:t>Das Protokoll gilt als genehmigt, wenn bis [Datum] keine Einwände bei [Name] eingehen.</w:t>
      </w:r>
    </w:p>
    <w:p>
      <w:pPr>
        <w:keepNext/>
        <w:spacing w:after="600"/>
      </w:pPr>
      <w:r>
        <w:rPr>
          <w:b w:val="0"/>
        </w:rPr>
        <w:t>[Ort, Datum]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  <w:tc>
          <w:tcPr>
            <w:tcW w:type="dxa" w:w="4706"/>
          </w:tcPr>
          <w:p>
            <w:pPr>
              <w:keepNext/>
            </w:pPr>
            <w:r>
              <w:t>__________________________________</w:t>
            </w:r>
          </w:p>
        </w:tc>
      </w:tr>
      <w:tr>
        <w:tc>
          <w:tcPr>
            <w:tcW w:type="dxa" w:w="4706"/>
          </w:tcPr>
          <w:p>
            <w:r>
              <w:rPr>
                <w:color w:val="595959"/>
              </w:rPr>
              <w:t>[Name], Leitung</w:t>
            </w:r>
          </w:p>
        </w:tc>
        <w:tc>
          <w:tcPr>
            <w:tcW w:type="dxa" w:w="4706"/>
          </w:tcPr>
          <w:p>
            <w:r>
              <w:rPr>
                <w:color w:val="595959"/>
              </w:rPr>
              <w:t>[Name], Protokoll</w:t>
            </w:r>
          </w:p>
        </w:tc>
      </w:tr>
    </w:tbl>
    <w:p>
      <w:pPr>
        <w:spacing w:after="0" w:before="280"/>
      </w:pPr>
      <w:r>
        <w:rPr>
          <w:b w:val="0"/>
          <w:color w:val="595959"/>
          <w:sz w:val="17"/>
        </w:rPr>
        <w:t>Offene Pendenzen als erstes Traktandum in die nächste Sitzung übernehmen, erledigte einmal melden und dann streichen.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Vorlage: Eventforum Bern · eventforumbern.ch/ratgeber/protokoll-vorlage/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Protokoll-Vorlage</dc:title>
  <dc:subject/>
  <dc:creator>Eventforum Bern</dc:creator>
  <cp:keywords/>
  <dc:description/>
  <cp:lastModifiedBy>Eventforum Bern</cp:lastModifiedBy>
  <cp:revision>1</cp:revision>
  <dcterms:created xsi:type="dcterms:W3CDTF">2013-12-23T23:15:00Z</dcterms:created>
  <dcterms:modified xsi:type="dcterms:W3CDTF">2013-12-23T23:15:00Z</dcterms:modified>
  <cp:category/>
</cp:coreProperties>
</file>