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[Name des Vereins]</w:t>
      </w:r>
    </w:p>
    <w:p>
      <w:pPr>
        <w:spacing w:after="360"/>
      </w:pPr>
      <w:r>
        <w:rPr>
          <w:b w:val="0"/>
          <w:color w:val="595959"/>
        </w:rPr>
        <w:t>[Adresse]</w:t>
      </w:r>
    </w:p>
    <w:p>
      <w:pPr>
        <w:spacing w:after="240"/>
      </w:pPr>
      <w:r>
        <w:rPr>
          <w:b/>
          <w:sz w:val="30"/>
        </w:rPr>
        <w:t>Einladung zur ordentlichen Generalversammlung [Jahr]</w:t>
      </w:r>
    </w:p>
    <w:p>
      <w:pPr>
        <w:spacing w:after="120"/>
      </w:pPr>
      <w:r>
        <w:rPr>
          <w:b w:val="0"/>
        </w:rPr>
        <w:t>Geschätzte Mitglieder</w:t>
      </w:r>
    </w:p>
    <w:p>
      <w:pPr>
        <w:spacing w:after="200"/>
      </w:pPr>
      <w:r>
        <w:rPr>
          <w:b w:val="0"/>
        </w:rPr>
        <w:t>Wir laden Sie herzlich zur ordentlichen Generalversammlung ein.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7370"/>
          </w:tcPr>
          <w:p>
            <w:r>
              <w:t>[Wochentag, Datum]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Beginn</w:t>
            </w:r>
          </w:p>
        </w:tc>
        <w:tc>
          <w:tcPr>
            <w:tcW w:type="dxa" w:w="7370"/>
          </w:tcPr>
          <w:p>
            <w:r>
              <w:t>[Uhrzeit], Empfang ab [Uhrzeit]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Ort</w:t>
            </w:r>
          </w:p>
        </w:tc>
        <w:tc>
          <w:tcPr>
            <w:tcW w:type="dxa" w:w="7370"/>
          </w:tcPr>
          <w:p>
            <w:r>
              <w:t>[Location, Adresse]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sz w:val="24"/>
        </w:rPr>
        <w:t>Traktanden</w:t>
      </w:r>
    </w:p>
    <w:p>
      <w:pPr>
        <w:tabs>
          <w:tab w:pos="454" w:val="left"/>
        </w:tabs>
        <w:spacing w:after="40"/>
        <w:ind w:left="454" w:hanging="454"/>
      </w:pPr>
      <w:r>
        <w:t>1.</w:t>
        <w:tab/>
        <w:t>Begrüssung und Feststellung der Beschlussfähigkeit</w:t>
      </w:r>
    </w:p>
    <w:p>
      <w:pPr>
        <w:tabs>
          <w:tab w:pos="454" w:val="left"/>
        </w:tabs>
        <w:spacing w:after="40"/>
        <w:ind w:left="454" w:hanging="454"/>
      </w:pPr>
      <w:r>
        <w:t>2.</w:t>
        <w:tab/>
        <w:t>Wahl der Stimmenzählenden</w:t>
      </w:r>
    </w:p>
    <w:p>
      <w:pPr>
        <w:tabs>
          <w:tab w:pos="454" w:val="left"/>
        </w:tabs>
        <w:spacing w:after="40"/>
        <w:ind w:left="454" w:hanging="454"/>
      </w:pPr>
      <w:r>
        <w:t>3.</w:t>
        <w:tab/>
        <w:t>Genehmigung der Traktandenliste</w:t>
      </w:r>
    </w:p>
    <w:p>
      <w:pPr>
        <w:tabs>
          <w:tab w:pos="454" w:val="left"/>
        </w:tabs>
        <w:spacing w:after="40"/>
        <w:ind w:left="454" w:hanging="454"/>
      </w:pPr>
      <w:r>
        <w:t>4.</w:t>
        <w:tab/>
        <w:t>Protokoll der Generalversammlung vom [Datum]</w:t>
      </w:r>
    </w:p>
    <w:p>
      <w:pPr>
        <w:tabs>
          <w:tab w:pos="454" w:val="left"/>
        </w:tabs>
        <w:spacing w:after="40"/>
        <w:ind w:left="454" w:hanging="454"/>
      </w:pPr>
      <w:r>
        <w:t>5.</w:t>
        <w:tab/>
        <w:t>Jahresbericht [Jahr]</w:t>
      </w:r>
    </w:p>
    <w:p>
      <w:pPr>
        <w:tabs>
          <w:tab w:pos="454" w:val="left"/>
        </w:tabs>
        <w:spacing w:after="40"/>
        <w:ind w:left="454" w:hanging="454"/>
      </w:pPr>
      <w:r>
        <w:t>6.</w:t>
        <w:tab/>
        <w:t>Jahresrechnung [Jahr] und Bericht der Revisionsstelle</w:t>
      </w:r>
    </w:p>
    <w:p>
      <w:pPr>
        <w:tabs>
          <w:tab w:pos="454" w:val="left"/>
        </w:tabs>
        <w:spacing w:after="40"/>
        <w:ind w:left="454" w:hanging="454"/>
      </w:pPr>
      <w:r>
        <w:t>7.</w:t>
        <w:tab/>
        <w:t>Entlastung des Vorstands</w:t>
      </w:r>
    </w:p>
    <w:p>
      <w:pPr>
        <w:tabs>
          <w:tab w:pos="454" w:val="left"/>
        </w:tabs>
        <w:spacing w:after="40"/>
        <w:ind w:left="454" w:hanging="454"/>
      </w:pPr>
      <w:r>
        <w:t>8.</w:t>
        <w:tab/>
        <w:t>Budget [Jahr] und Mitgliederbeiträge</w:t>
      </w:r>
    </w:p>
    <w:p>
      <w:pPr>
        <w:tabs>
          <w:tab w:pos="454" w:val="left"/>
        </w:tabs>
        <w:spacing w:after="40"/>
        <w:ind w:left="454" w:hanging="454"/>
      </w:pPr>
      <w:r>
        <w:t>9.</w:t>
        <w:tab/>
        <w:t>Wahlen [Präsidium, Vorstand, Revisionsstelle]</w:t>
      </w:r>
    </w:p>
    <w:p>
      <w:pPr>
        <w:tabs>
          <w:tab w:pos="454" w:val="left"/>
        </w:tabs>
        <w:spacing w:after="40"/>
        <w:ind w:left="454" w:hanging="454"/>
      </w:pPr>
      <w:r>
        <w:t>10.</w:t>
        <w:tab/>
        <w:t>Anträge des Vorstands</w:t>
      </w:r>
    </w:p>
    <w:p>
      <w:pPr>
        <w:tabs>
          <w:tab w:pos="454" w:val="left"/>
        </w:tabs>
        <w:spacing w:after="40"/>
        <w:ind w:left="454" w:hanging="454"/>
      </w:pPr>
      <w:r>
        <w:t>11.</w:t>
        <w:tab/>
        <w:t>Anträge von Mitgliedern</w:t>
      </w:r>
    </w:p>
    <w:p>
      <w:pPr>
        <w:tabs>
          <w:tab w:pos="454" w:val="left"/>
        </w:tabs>
        <w:spacing w:after="40"/>
        <w:ind w:left="454" w:hanging="454"/>
      </w:pPr>
      <w:r>
        <w:t>12.</w:t>
        <w:tab/>
        <w:t>Ehrungen</w:t>
      </w:r>
    </w:p>
    <w:p>
      <w:pPr>
        <w:tabs>
          <w:tab w:pos="454" w:val="left"/>
        </w:tabs>
        <w:spacing w:after="40"/>
        <w:ind w:left="454" w:hanging="454"/>
      </w:pPr>
      <w:r>
        <w:t>13.</w:t>
        <w:tab/>
        <w:t>Verschiedenes</w:t>
      </w:r>
    </w:p>
    <w:p>
      <w:pPr>
        <w:spacing w:after="80"/>
      </w:pPr>
    </w:p>
    <w:p>
      <w:pPr>
        <w:spacing w:after="120"/>
      </w:pPr>
      <w:r>
        <w:rPr>
          <w:b w:val="0"/>
        </w:rPr>
        <w:t>Anträge zuhanden der Generalversammlung senden Sie bis [Datum gemäss Statuten] schriftlich an [Adresse oder E-Mail].</w:t>
      </w:r>
    </w:p>
    <w:p>
      <w:pPr>
        <w:spacing w:after="120"/>
      </w:pPr>
      <w:r>
        <w:rPr>
          <w:b w:val="0"/>
        </w:rPr>
        <w:t>Protokoll, Jahresbericht, Jahresrechnung, Revisionsbericht und Budget liegen bei.</w:t>
      </w:r>
    </w:p>
    <w:p>
      <w:pPr>
        <w:spacing w:after="280"/>
      </w:pPr>
      <w:r>
        <w:rPr>
          <w:b w:val="0"/>
        </w:rPr>
        <w:t>Bitte melden Sie sich bis [Datum] an.</w:t>
      </w:r>
    </w:p>
    <w:p>
      <w:pPr>
        <w:spacing w:after="480"/>
      </w:pPr>
      <w:r>
        <w:rPr>
          <w:b w:val="0"/>
        </w:rPr>
        <w:t>Freundliche Grüsse</w:t>
      </w:r>
    </w:p>
    <w:p>
      <w:pPr>
        <w:spacing w:after="0"/>
      </w:pPr>
      <w:r>
        <w:rPr>
          <w:b w:val="0"/>
        </w:rPr>
        <w:t>[Name]</w:t>
      </w:r>
    </w:p>
    <w:p>
      <w:pPr>
        <w:spacing w:after="120"/>
      </w:pPr>
      <w:r>
        <w:rPr>
          <w:b w:val="0"/>
          <w:color w:val="595959"/>
        </w:rPr>
        <w:t>[Funktion]</w:t>
      </w:r>
    </w:p>
    <w:p>
      <w:pPr>
        <w:spacing w:after="120"/>
      </w:pPr>
      <w:r>
        <w:rPr>
          <w:b w:val="0"/>
          <w:color w:val="595959"/>
          <w:sz w:val="17"/>
        </w:rPr>
        <w:t>Für eine Delegiertenversammlung «Generalversammlung» durch «Delegiertenversammlung» und «Mitglieder» durch «Delegierte» ersetzen. Anträge stellen dann die Sektionen.</w:t>
      </w:r>
    </w:p>
    <w:p>
      <w:r>
        <w:br w:type="page"/>
      </w:r>
    </w:p>
    <w:p>
      <w:pPr>
        <w:spacing w:after="80"/>
      </w:pPr>
      <w:r>
        <w:rPr>
          <w:b/>
          <w:sz w:val="30"/>
        </w:rPr>
        <w:t>Ablaufplan für die Versammlungsleitung</w:t>
      </w:r>
    </w:p>
    <w:p>
      <w:pPr>
        <w:spacing w:after="200"/>
      </w:pPr>
      <w:r>
        <w:rPr>
          <w:b w:val="0"/>
          <w:color w:val="595959"/>
        </w:rPr>
        <w:t>Intern, nicht für den Versand. Zeiten sind Vorschläge; der statutarische Teil dauert hier rund zwei Stunden.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2353"/>
        <w:gridCol w:w="2353"/>
        <w:gridCol w:w="2353"/>
        <w:gridCol w:w="2353"/>
      </w:tblGrid>
      <w:tr>
        <w:tc>
          <w:tcPr>
            <w:tcW w:type="dxa" w:w="1020"/>
          </w:tcPr>
          <w:p>
            <w:r>
              <w:rPr>
                <w:b/>
              </w:rPr>
              <w:t>Zeit</w:t>
            </w:r>
          </w:p>
        </w:tc>
        <w:tc>
          <w:tcPr>
            <w:tcW w:type="dxa" w:w="3742"/>
          </w:tcPr>
          <w:p>
            <w:r>
              <w:rPr>
                <w:b/>
              </w:rPr>
              <w:t>Traktandum</w:t>
            </w:r>
          </w:p>
        </w:tc>
        <w:tc>
          <w:tcPr>
            <w:tcW w:type="dxa" w:w="2041"/>
          </w:tcPr>
          <w:p>
            <w:r>
              <w:rPr>
                <w:b/>
              </w:rPr>
              <w:t>Wer</w:t>
            </w:r>
          </w:p>
        </w:tc>
        <w:tc>
          <w:tcPr>
            <w:tcW w:type="dxa" w:w="2608"/>
          </w:tcPr>
          <w:p>
            <w:r>
              <w:rPr>
                <w:b/>
              </w:rPr>
              <w:t>Unterlagen und Technik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[18.00]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Empfang, Präsenzliste, Stimmkarten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[Sekretariat]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Präsenzliste, Stimmkarten, Namensschilder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[18.30]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 Begrüssung und Beschlussfähigkeit (5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Präsidium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Begrüssungsfolie, Mikrofon Rednerpult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2 Wahl der Stimmenzählenden (3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Präsidium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Saalplan mit Sitzblöcken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3 Genehmigung der Traktandenliste (2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Präsidium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Folie Traktandenliste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4 Protokoll (3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Präsidium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5 Jahresbericht (15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Präsidium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Präsentation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6 Jahresrechnung und Revisionsbericht (10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Finanzen, Revisionsstelle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Präsentation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7 Entlastung des Vorstands (3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Vizepräsidium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8 Budget und Mitgliederbeiträge (10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Finanzen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Präsentation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9 Wahlen (15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Präsidium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Wahlzettel, Urne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10 Anträge des Vorstands (15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Vorstand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Antragstext auf Folie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11 Anträge von Mitgliedern (15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Antragstellende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Saalmikrofone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12 Ehrungen (10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Präsidium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Urkunden, Geschenke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13 Verschiedenes (5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Präsidium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[20.30]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Apéro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[Ort des Apéros]</w:t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b w:val="0"/>
          <w:sz w:val="19"/>
        </w:rPr>
        <w:t>Tipp: Präsentationen pro Traktandum in einer Datei sammeln und vor Beginn der Technik abgeben. Wortmeldungen über Saalmikrofone, damit alle sie hören und das Protokoll sie zuordnen kann.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Vorlage: Eventforum Bern · eventforumbern.ch/ratgeber/traktandenliste-vorlage/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